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закупке оборудования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для обеспечения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необходимо приобрести оборудование, указанное в настоящей записке.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Потребность в закупке возникла в связи с выходом из строя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оборудования]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инвентарный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введённого в эксплуатацию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году. Согласно акту технического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оборудование изношено, а его ремонт экономически нецелесообразен: стоимость восстановления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сопоставимо с ценой нового оборудования.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 этого оборудования подразделение не может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работы не выполняются]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простой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часов, под угрозой срыва находятся обязательства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необходимого оборудования: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61"/>
        <w:gridCol w:w="4133"/>
        <w:gridCol w:w="1196"/>
        <w:gridCol w:w="1849"/>
        <w:gridCol w:w="1414"/>
      </w:tblGrid>
      <w:tr>
        <w:trPr>
          <w:cantSplit/>
        </w:trPr>
        <w:tc>
          <w:tcPr>
            <w:tcW w:type="dxa" w:w="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1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и основные характеристики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Кол-во, шт.</w:t>
            </w:r>
          </w:p>
        </w:tc>
        <w:tc>
          <w:tcPr>
            <w:tcW w:type="dxa" w:w="18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Цена за ед., руб.</w:t>
            </w:r>
          </w:p>
        </w:tc>
        <w:tc>
          <w:tcPr>
            <w:tcW w:type="dxa" w:w="1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1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модель, характеристики]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18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1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модель, характеристики]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18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6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1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19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4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закупки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Цены определены по коммерческим предложениям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поставщиков. Наиболее выгодное предложение представил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сроком поставки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гарантией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 гарантии]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 будет установлено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помещение]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Ответственным за приёмку и эксплуатацию предлагаю 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Расходы предлагаю отнести на статью бюджета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статьи бюджета или центра затрат]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Согласовать приобретение оборудования в количестве и по ценам, указанным в настоящей записке,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отдела, отвечающего за закупки]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заключить договор поставки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бухгалтерии произвести оплату по договору поставки после его подписания в порядке, установленном в организации.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Коммерческие предложения поставщиков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технического осмотра (дефектный акт)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Сравнительная таблица предложений поставщиков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закупке оборудования взамен вышедшего из строя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