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Генеральному директору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 в дательном падеже]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автора записки]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структурного подразделения]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автора в родительном падеже]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СЛУЖЕБНАЯ ЗАПИСКА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о проделанной работе за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[месяц]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г.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записки]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составления]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Представляю отчёт о работе, выполненной мной 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соответствии с должностной инструкцией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в родительном падеже]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планом работы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утверждённым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 утверждён план]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1. Выполненные задачи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[Задача 1]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[что сделано, конкретный результат, например: подготовлено и согласовано 14 договоров с поставщиками на общую сумму 3,2 млн руб.]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[Задача 2]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[что сделано, конкретный результат]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[Задача 3]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[что сделано, конкретный результат]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[Задача 4]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[что сделано, конкретный результат]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2. Основные показатели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[показатель 1, например: количество обработанных заявок]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план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факт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[показатель 2, например: средний срок исполнения заявки]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план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факт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[показатель 3]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план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факт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3. Дополнительная работа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Помимо плановых задач по поручению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выполнено: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поручений, не входящих в план, и их результат]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4. Невыполненные задачи и причины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[Задача, которая не выполнена или выполнена частично]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выполнено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[процент]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%. Причина: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[объективная причина, например: поставщик не представил необходимые документы в 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Завершение планируется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5. План работы на [следующий месяц] [год] 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[Задача 1 со сроком выполнения]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[Задача 2 со сроком выполнения]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[Задача 3 со сроком выполнения]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6. Предложения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Для повышения эффективности работы предлагаю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[конкретное предложение, например: перевести согласование договоров в систему электронного документооборота, что сократит срок согласования с 5 до 2 рабочих дней]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Принять настоящий отчёт о проделанной работе к сведению.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Рассмотреть предложения, изложенные в разделе 6 настоящей записки.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подтверждающего документа, например: реестр заключённых договоров]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подтверждающего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(отчёт) о проделанной работе за месяц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