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 главного бухгалтера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главного бухгалтера в родительном падеже]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списании дебиторской задолженности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проведена инвентаризация расчётов с покупателями, заказчиками и прочими дебиторами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на которую проведена инвентаризация]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её результатам (акт инвентаризации расчётов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выявлена дебиторская задолженность, нереальная для взыскания, по следующим обязательствам: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63"/>
        <w:gridCol w:w="1871"/>
        <w:gridCol w:w="2078"/>
        <w:gridCol w:w="1663"/>
        <w:gridCol w:w="1299"/>
        <w:gridCol w:w="2078"/>
      </w:tblGrid>
      <w:tr>
        <w:trPr>
          <w:cantSplit/>
        </w:trPr>
        <w:tc>
          <w:tcPr>
            <w:tcW w:type="dxa" w:w="3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Должник, ИНН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Основание возникновения долга</w:t>
            </w:r>
          </w:p>
        </w:tc>
        <w:tc>
          <w:tcPr>
            <w:tcW w:type="dxa" w:w="16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Срок погашения</w:t>
            </w:r>
          </w:p>
        </w:tc>
        <w:tc>
          <w:tcPr>
            <w:tcW w:type="dxa" w:w="12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 (в т. ч. НДС)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Основание признания безнадёжной</w:t>
            </w:r>
          </w:p>
        </w:tc>
      </w:tr>
      <w:tr>
        <w:trPr>
          <w:cantSplit/>
        </w:trPr>
        <w:tc>
          <w:tcPr>
            <w:tcW w:type="dxa" w:w="3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должника]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договор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УПД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6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оплаты по договору]</w:t>
            </w:r>
          </w:p>
        </w:tc>
        <w:tc>
          <w:tcPr>
            <w:tcW w:type="dxa" w:w="12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истёк срок исковой давности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должника]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договор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акт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6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оплаты по договору]</w:t>
            </w:r>
          </w:p>
        </w:tc>
        <w:tc>
          <w:tcPr>
            <w:tcW w:type="dxa" w:w="12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исключение из ЕГРЮЛ, запись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</w:tr>
      <w:tr>
        <w:trPr>
          <w:cantSplit/>
        </w:trPr>
        <w:tc>
          <w:tcPr>
            <w:tcW w:type="dxa" w:w="3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должника]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решение арбитражного суда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делу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6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вступления решения в силу]</w:t>
            </w:r>
          </w:p>
        </w:tc>
        <w:tc>
          <w:tcPr>
            <w:tcW w:type="dxa" w:w="12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окончание исполнительного производства, постановление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</w:tr>
      <w:tr>
        <w:trPr>
          <w:cantSplit/>
        </w:trPr>
        <w:tc>
          <w:tcPr>
            <w:tcW w:type="dxa" w:w="36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207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66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9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079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Взыскание указанной задолженности невозможно по следующим основаниям: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обязательству № 1 срок исковой давности, составляющий три года (ст. 196 Гражданского кодекса Российской Федерации), начал течь по окончании срока оплаты (п. 2 ст. 200 ГК РФ) и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течение этого срока должник не производил оплат, не подписывал актов сверки взаимных расчётов и иным образом долг не признавал, поэтому течение срока не прерывалось (ст. 203 ГК РФ). Иск к должнику не предъявлялся.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обязательству № 2 должник исключён из Единого государственного реестра юридических лиц, что подтверждается выпиской из ЕГРЮЛ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Обязательство прекращено ликвидацией юридического лица (ст. 419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обязательству № 3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окончено, исполнительный лист возвращён взыскателю в связи с отсутствием у должника имущества, на которое может быть обращено взыскание (п. 4 ч. 1 ст. 46 Федерального закона от 02.10.2007 № 229-ФЗ «Об исполнительном производстве»).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77 Положения по ведению бухгалтерского учёта и бухгалтерской отчётности в Российской Федерации, утверждённого приказом Минфина России от 29.07.1998 № 34н, дебиторская задолженность с истёкшим сроком исковой давности и другие долги, нереальные для взыскания, списываются по каждому обязательству на основании данных инвентаризации, письменного обоснования и приказа руководителя организации.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Указанная задолженность отвечает признакам безнадёжного долга по п. 2 ст. 266 Налогового кодекса Российской Федерации и учитывается в расходах при налогообложении прибыли за счёт резерва по сомнительным долгам, а в непокрытой резервом части — в составе внереализационных расходов (подп. 2 п. 2 ст. 265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77 Положения по ведению бухгалтерского учёта и бухгалтерской отчётности в Российской Федерации, ст. 265 и 266 НК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безнадёжной и списать дебиторскую задолженность по обязательствам, указанным в настоящей записке, в общей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Списать задолженность за счёт резерва сомнительных долгов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оставшуюся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отнести на прочие расходы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[отчётный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Учитывать списанную задолженность на забалансовом счёте 007 «Списанная в убыток задолженность неплатёжеспособных дебиторов» в течение пяти лет с момента списания.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Издать приказ о списании дебиторской задолженности.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инвентаризации расчётов с покупателями, поставщиками и прочими дебиторами и кредиторами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сроков исковой давности по каждому обязательству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ЕГРЮЛ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об окончании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договоров и первичных документов по каждому обязательству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главного бухгалтера]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Согласовано: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юриста]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(бухгалтерская справка) главного бухгалтера о списании безнадёжной дебиторской задолженности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