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Генеральному директору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 в дательном падеже]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автора записки]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автора в родительном падеже]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СЛУЖЕБНАЯ ЗАПИСКА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возмещении денежных средств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записки]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покупки]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поручению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и ФИО руководителя, давшего поручение]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[причина, например: выходом из строя картриджа принтера в отделе продаж и необходимостью срочно подготовить документы для клиента]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приобрёл(а) за счёт личных денежных средств для нужд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товары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продавца, адрес магазина]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Дождаться закупки в обычном порядке было невозможно, так как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[пояснение, например: отгрузка клиенту была назначена на тот же день]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Перечень приобретённых товаров и понесённых расходов: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44"/>
        <w:gridCol w:w="2232"/>
        <w:gridCol w:w="1807"/>
        <w:gridCol w:w="1169"/>
        <w:gridCol w:w="3401"/>
      </w:tblGrid>
      <w:tr>
        <w:trPr>
          <w:cantSplit/>
        </w:trPr>
        <w:tc>
          <w:tcPr>
            <w:tcW w:type="dxa" w:w="7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223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Наименование товара</w:t>
            </w:r>
          </w:p>
        </w:tc>
        <w:tc>
          <w:tcPr>
            <w:tcW w:type="dxa" w:w="18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Количество</w:t>
            </w:r>
          </w:p>
        </w:tc>
        <w:tc>
          <w:tcPr>
            <w:tcW w:type="dxa" w:w="11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Сумма, руб.</w:t>
            </w:r>
          </w:p>
        </w:tc>
        <w:tc>
          <w:tcPr>
            <w:tcW w:type="dxa" w:w="34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Документ об оплате</w:t>
            </w:r>
          </w:p>
        </w:tc>
      </w:tr>
      <w:tr>
        <w:trPr>
          <w:cantSplit/>
        </w:trPr>
        <w:tc>
          <w:tcPr>
            <w:tcW w:type="dxa" w:w="7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223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товара]</w:t>
            </w:r>
          </w:p>
        </w:tc>
        <w:tc>
          <w:tcPr>
            <w:tcW w:type="dxa" w:w="18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[количество, ед.]</w:t>
            </w:r>
          </w:p>
        </w:tc>
        <w:tc>
          <w:tcPr>
            <w:tcW w:type="dxa" w:w="11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34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кассовый чек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</w:tr>
      <w:tr>
        <w:trPr>
          <w:cantSplit/>
        </w:trPr>
        <w:tc>
          <w:tcPr>
            <w:tcW w:type="dxa" w:w="7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223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товара]</w:t>
            </w:r>
          </w:p>
        </w:tc>
        <w:tc>
          <w:tcPr>
            <w:tcW w:type="dxa" w:w="18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[количество, ед.]</w:t>
            </w:r>
          </w:p>
        </w:tc>
        <w:tc>
          <w:tcPr>
            <w:tcW w:type="dxa" w:w="11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34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товарный чек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</w:tr>
      <w:tr>
        <w:trPr>
          <w:cantSplit/>
        </w:trPr>
        <w:tc>
          <w:tcPr>
            <w:tcW w:type="dxa" w:w="744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23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1807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3402"/>
          </w:tcPr>
          <w:p>
            <w:pPr>
              <w:spacing w:before="0" w:after="20" w:line="240" w:lineRule="auto"/>
              <w:jc w:val="left"/>
            </w:pPr>
            <w:r/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Приобретённые товары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переданы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материально ответственного лица или руководителя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используются в работе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Покупки для личных нужд в указанную сумму не включены.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2 ст. 183 Гражданского кодекса Российской Федерации,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Одобрить приобретение указанных товаров для нужд организации.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Возместить мне понесённые расходы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[копеек]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коп. путём перечисления на мой банковский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Кассовый чек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(оригинал) на 1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Товарный чек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(оригинал) на 1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Отчёт об израсходованных средствах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Производственную необходимость приобретения подтверждаю: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непосредственного руководителя]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работника о возмещении расходов, понесённых за счёт личных средств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