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образовательной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беседы с родителями (законными представителями) обучающегося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Беседа проведена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кабинете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Участники беседы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 образовательной организации: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классный руководитель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буква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например: социальный педагог]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Родитель (законный представитель):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например: мать]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Обучающийся: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ученик(ца)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 буква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Повод для беседы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обучающийся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обучающегося]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допустил следующие нарушения правил внутреннего распорядка обучающихся: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уроке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нарушения, например: неоднократно отвлекал одноклассников, на замечания учителя не реагировал]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(докладная записка учителя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нарушения, например: пользовался мобильным телефоном во время урока физики]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(докладная записка учителя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нарушения]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которым подтверждается]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этот же период снизилась успеваемость: по предметам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предметов]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текущие оценки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[оценки]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выполнены контрольные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Количество пропущенных без уважительной причины уроков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 беседы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Родителю сообщены факты, указанные в настоящем акте, представлены выписка из электронного журнала и докладные записки учителей.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Разъяснены обязанности обучающегося, установленные ч. 1 ст. 43 Федерального закона от 29.12.2012 № 273-ФЗ «Об образовании в Российской Федерации», в том числе добросовестно осваивать образовательную программу, посещать предусмотренные учебным планом занятия, выполнять требования устава и правил внутреннего распорядка, уважать честь и достоинство других обучающихся и работников, а также запрет на использование мобильного телефона во время учебных занятий (ч. 4.1 ст. 43 указанного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Разъяснены обязанности родителей (законных представителей) обеспечить получение ребёнком общего образования, соблюдать правила внутреннего распорядка организации и уважать честь и достоинство обучающихся и работников (ч. 4 ст. 44 Федерального закона № 273-ФЗ), а также ответственность за неисполнение этих обязанностей (ч. 6 ст. 44 указанного закона, ст. 5.35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Разъяснено, что за неисполнение или нарушение устава и правил внутреннего распорядка к обучающемуся могут быть применены меры дисциплинарного взыскания: замечание, выговор, отчисление (ч. 4 ст. 43 Федерального закона № 273-ФЗ).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Разъяснено право родителя знакомиться с оценками успеваемости ребёнка, получать консультации учителей и педагога-психолога, а также обращаться в комиссию по урегулированию споров между участниками образовательных отношений.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Пояснения участников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Пояснения родителя: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[пояснения своими словами, например: о причинах поведения ребёнка, обстоятельствах в семье, согласии или несогласии с отдельными фактами]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Пояснения обучающегося: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[пояснения своими словами]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Достигнутые договорённости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Родитель ежедневно контролирует выполнение домашних заданий и не реже одного раза в неделю просматривает электронный дневник обучающегося.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Обучающийся посещает консультации по предметам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предметов]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согласно графику учителей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Родитель даёт согласие на консультацию обучающегося педагогом-психологом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чём оформляется отдельное письменное согласие.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Классный руководитель еженедельно информирует родителя об успеваемости и поведении обучающегося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связи, например: электронный дневник]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Повторная встреча для подведения итогов назначена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один из которых вручён родителю (законному представителю).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Классный руководитель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ознакомлен(а), второй экземпляр получил(а).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Замечания к акту: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[замечания родителя или «нет»]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Родитель (законный представитель)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(протокол) беседы с родителями обучающегося о нарушениях дисциплины и снижении успеваемости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