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УТВЕРЖДАЮ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АКТ № [НОМЕР]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демонтажа оборудования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Комиссия, созданная приказом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руководителя, 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составе председателя комиссии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членов комиссии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полностью материально ответственного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составила настоящий акт о том, что в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начала]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выполнен демонтаж оборудования, указанного в пункте 2.1 настоящего акта.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1. Основание и место демонтажа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Основание демонтажа: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[причина, например: замена оборудования на новое]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приказ (распоряжение)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Место установки оборудования до демонтажа: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объекта, здание, этаж, номер помещения или цеха]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Демонтаж выполнен собственными силами работниками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структурного подразделения]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под руководством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ответственного за производство работ]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Перед началом работ оборудование отключено от сетей электроснабжения, водоснабжения и иных коммуникаций, работники проинструктированы по охране труда.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2. Сведения о демонтированном оборудовании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Демонтировано следующее оборудование: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744"/>
        <w:gridCol w:w="3082"/>
        <w:gridCol w:w="1594"/>
        <w:gridCol w:w="1807"/>
        <w:gridCol w:w="956"/>
        <w:gridCol w:w="1169"/>
      </w:tblGrid>
      <w:tr>
        <w:trPr>
          <w:cantSplit/>
        </w:trPr>
        <w:tc>
          <w:tcPr>
            <w:tcW w:type="dxa" w:w="74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№</w:t>
            </w:r>
          </w:p>
        </w:tc>
        <w:tc>
          <w:tcPr>
            <w:tcW w:type="dxa" w:w="308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Наименование, марка, модель</w:t>
            </w:r>
          </w:p>
        </w:tc>
        <w:tc>
          <w:tcPr>
            <w:tcW w:type="dxa" w:w="159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Заводской номер</w:t>
            </w:r>
          </w:p>
        </w:tc>
        <w:tc>
          <w:tcPr>
            <w:tcW w:type="dxa" w:w="180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Инвентарный номер</w:t>
            </w:r>
          </w:p>
        </w:tc>
        <w:tc>
          <w:tcPr>
            <w:tcW w:type="dxa" w:w="95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Год ввода</w:t>
            </w:r>
          </w:p>
        </w:tc>
        <w:tc>
          <w:tcPr>
            <w:tcW w:type="dxa" w:w="116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Кол-во, шт.</w:t>
            </w:r>
          </w:p>
        </w:tc>
      </w:tr>
      <w:tr>
        <w:trPr>
          <w:cantSplit/>
        </w:trPr>
        <w:tc>
          <w:tcPr>
            <w:tcW w:type="dxa" w:w="74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1</w:t>
            </w:r>
          </w:p>
        </w:tc>
        <w:tc>
          <w:tcPr>
            <w:tcW w:type="dxa" w:w="308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[наименование, марка, модель]</w:t>
            </w:r>
          </w:p>
        </w:tc>
        <w:tc>
          <w:tcPr>
            <w:tcW w:type="dxa" w:w="159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[номер]</w:t>
            </w:r>
          </w:p>
        </w:tc>
        <w:tc>
          <w:tcPr>
            <w:tcW w:type="dxa" w:w="180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[номер]</w:t>
            </w:r>
          </w:p>
        </w:tc>
        <w:tc>
          <w:tcPr>
            <w:tcW w:type="dxa" w:w="95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[год]</w:t>
            </w:r>
          </w:p>
        </w:tc>
        <w:tc>
          <w:tcPr>
            <w:tcW w:type="dxa" w:w="116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[кол-во]</w:t>
            </w:r>
          </w:p>
        </w:tc>
      </w:tr>
      <w:tr>
        <w:trPr>
          <w:cantSplit/>
        </w:trPr>
        <w:tc>
          <w:tcPr>
            <w:tcW w:type="dxa" w:w="74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2</w:t>
            </w:r>
          </w:p>
        </w:tc>
        <w:tc>
          <w:tcPr>
            <w:tcW w:type="dxa" w:w="308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[наименование, марка, модель]</w:t>
            </w:r>
          </w:p>
        </w:tc>
        <w:tc>
          <w:tcPr>
            <w:tcW w:type="dxa" w:w="159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[номер]</w:t>
            </w:r>
          </w:p>
        </w:tc>
        <w:tc>
          <w:tcPr>
            <w:tcW w:type="dxa" w:w="180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[номер]</w:t>
            </w:r>
          </w:p>
        </w:tc>
        <w:tc>
          <w:tcPr>
            <w:tcW w:type="dxa" w:w="95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[год]</w:t>
            </w:r>
          </w:p>
        </w:tc>
        <w:tc>
          <w:tcPr>
            <w:tcW w:type="dxa" w:w="116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[кол-во]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Техническое состояние оборудования после демонтажа: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состояния, например: оборудование демонтировано без повреждений, комплектно, пригодно для дальнейшей эксплуатации после монтажа на новом месте]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Вместе с оборудованием сняты и переданы на хранение принадлежности и документы: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[технический паспорт, руководство по эксплуатации, пульты, кабели, крепёж и т. п.]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3. Материалы и детали, полученные при демонтаже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демонтаже получены следующие узлы, детали и материалы: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1284"/>
        <w:gridCol w:w="2568"/>
        <w:gridCol w:w="1467"/>
        <w:gridCol w:w="2017"/>
        <w:gridCol w:w="2017"/>
      </w:tblGrid>
      <w:tr>
        <w:trPr>
          <w:cantSplit/>
        </w:trPr>
        <w:tc>
          <w:tcPr>
            <w:tcW w:type="dxa" w:w="128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№</w:t>
            </w:r>
          </w:p>
        </w:tc>
        <w:tc>
          <w:tcPr>
            <w:tcW w:type="dxa" w:w="256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Наименование</w:t>
            </w:r>
          </w:p>
        </w:tc>
        <w:tc>
          <w:tcPr>
            <w:tcW w:type="dxa" w:w="146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Ед. изм.</w:t>
            </w:r>
          </w:p>
        </w:tc>
        <w:tc>
          <w:tcPr>
            <w:tcW w:type="dxa" w:w="20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Кол-во, шт.</w:t>
            </w:r>
          </w:p>
        </w:tc>
        <w:tc>
          <w:tcPr>
            <w:tcW w:type="dxa" w:w="20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Состояние</w:t>
            </w:r>
          </w:p>
        </w:tc>
      </w:tr>
      <w:tr>
        <w:trPr>
          <w:cantSplit/>
        </w:trPr>
        <w:tc>
          <w:tcPr>
            <w:tcW w:type="dxa" w:w="128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1</w:t>
            </w:r>
          </w:p>
        </w:tc>
        <w:tc>
          <w:tcPr>
            <w:tcW w:type="dxa" w:w="256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[наименование]</w:t>
            </w:r>
          </w:p>
        </w:tc>
        <w:tc>
          <w:tcPr>
            <w:tcW w:type="dxa" w:w="146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[ед.]</w:t>
            </w:r>
          </w:p>
        </w:tc>
        <w:tc>
          <w:tcPr>
            <w:tcW w:type="dxa" w:w="20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[кол-во]</w:t>
            </w:r>
          </w:p>
        </w:tc>
        <w:tc>
          <w:tcPr>
            <w:tcW w:type="dxa" w:w="20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[состояние]</w:t>
            </w:r>
          </w:p>
        </w:tc>
      </w:tr>
      <w:tr>
        <w:trPr>
          <w:cantSplit/>
        </w:trPr>
        <w:tc>
          <w:tcPr>
            <w:tcW w:type="dxa" w:w="128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2</w:t>
            </w:r>
          </w:p>
        </w:tc>
        <w:tc>
          <w:tcPr>
            <w:tcW w:type="dxa" w:w="256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[наименование]</w:t>
            </w:r>
          </w:p>
        </w:tc>
        <w:tc>
          <w:tcPr>
            <w:tcW w:type="dxa" w:w="146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[ед.]</w:t>
            </w:r>
          </w:p>
        </w:tc>
        <w:tc>
          <w:tcPr>
            <w:tcW w:type="dxa" w:w="201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[кол-во]</w:t>
            </w:r>
          </w:p>
        </w:tc>
        <w:tc>
          <w:tcPr>
            <w:tcW w:type="dxa" w:w="201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[состояние]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Узлы, детали и материалы, перечисленные в пункте 3.1, подлежат оприходованию и учёту в порядке, установленном учётной политикой организации.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4. Хранение и дальнейшее использование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Демонтированное оборудование, принадлежности, документы и материалы переданы на ответственное хранение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материально ответственного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размещены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[адрес, номер склада или помещения]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Дальнейшее использование оборудования: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[например: монтаж на объекте по адресу ...]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5. Состояние места демонтажа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Коммуникации, к которым было подключено оборудование, отключены и заглушены, место установки очищено от строительного мусора и остатков креплений. Повреждения помещения, конструкций и инженерных сетей при демонтаже не причинены.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6. Заключение комиссии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Демонтаж оборудования, указанного в пункте 2.1, выполнен полностью. Количество и комплектность демонтированного оборудования соответствуют данным бухгалтерского учёта. Замечаний к порядку проведения работ у комиссии нет.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Настоящий акт составлен в двух экземплярах: первый передаётся в бухгалтерию, второй — материально ответственному лицу.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приказа о проведении демонтажа и создании комиссии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Фотографии оборудования до и после демонтажа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технических паспортов демонтированного оборудования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Подписи членов комиссии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Председатель комиссии: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Член комиссии: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Член комиссии: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Член комиссии: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Оборудование, материалы и документы на ответственное хранение принял: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материально ответственного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демонтажа оборудования собственными силами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