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комиссионного обследования помещения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созданная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составе председателя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членов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присутствии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представителя пользователя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провела обследование объекта и составила настоящий акт.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об объекте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Объект обследования: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объекта, например: нежилое помещение (офис)]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адрес, этаж, номер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Год постройки здания: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Материал стен: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[кирпич, панель, монолит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Правообладатель объекта: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основание: 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Назначение и фактическое использование: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офисное помещение, используется по назначению]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Цель и порядок обследования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Цель обследования: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оценка технического состояния помещения перед проведением текущего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Обследование проведено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путём визуального осмотра конструкций и инженерных систем, инструментальных замеров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приборы, например: лазерный дальномер, влагомер]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фотофиксации. Перед началом осмотра комиссия изучила техническую документацию: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[технический паспорт, журнал эксплуатации, предыдущие акты осмотра]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Результаты обследования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Комиссия установила следующее: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4301"/>
        <w:gridCol w:w="4301"/>
      </w:tblGrid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Элемент объекта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Выявленное состояние, дефекты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Стены и перегородки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[описание: трещины, отслоение отделки, следы протечек с указанием места и размеров]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Потолок, перекрытие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Полы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Окна и двери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Электроснабжение и освещение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6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Водоснабжение и канализация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7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Отопление и вентиляция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8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Пожарная сигнализация, первичные средства пожаротушения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выявленных дефектов приведены в фототаблице с привязкой к номерам строк таблицы пункта 3.1.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Помимо указанного в таблице, комиссия выявила: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обстоятельства, например: отсутствие доступа к стояку, посторонние предметы на путях эвакуации]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Выводы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Общее техническое состояние объекта: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[оценка, например: удовлетворительное, требуется текущий ремонт]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Причины выявленных дефектов: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естественный износ отделки, протечка с кровли в период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Выявленные дефекты не создают угрозы жизни и здоровью людей, объект пригоден для дальнейшей эксплуатации при выполнении мероприятий, указанных в разделе 5.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Рекомендуемые мероприятия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35"/>
        <w:gridCol w:w="5345"/>
        <w:gridCol w:w="935"/>
        <w:gridCol w:w="2138"/>
      </w:tblGrid>
      <w:tr>
        <w:trPr>
          <w:cantSplit/>
        </w:trPr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53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Мероприятие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Срок</w:t>
            </w:r>
          </w:p>
        </w:tc>
        <w:tc>
          <w:tcPr>
            <w:tcW w:type="dxa" w:w="21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Ответственный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53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[например: заделать трещины, восстановить отделку стен]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1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ФИО]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53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[мероприятие]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1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ФИО]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[мероприятие]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1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ФИО]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Настоящий акт составлен в двух экземплярах: первый хранится у правообладателя объекта, второй передаётся пользователю помещения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Особое мнение членов комиссии, не согласных с выводами, прилагается к акту и является его неотъемлемой частью.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создании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Фототаблица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помещения с отметками мест выявленных дефектов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Результаты инструментальных замеров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ознакомлен, один экземпляр получил: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представителя пользователя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комиссионного обследования помещения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