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оборудования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договора, например: купли-продажи оборудования]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«Передающая сторона»,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именуемое в дальнейшем «Принимающая сторона», с другой стороны,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Передающая сторона передала, а Принимающая сторона приняла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 следующее оборудование: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50"/>
        <w:gridCol w:w="3523"/>
        <w:gridCol w:w="1822"/>
        <w:gridCol w:w="1336"/>
        <w:gridCol w:w="1822"/>
      </w:tblGrid>
      <w:tr>
        <w:trPr>
          <w:cantSplit/>
        </w:trPr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5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Наименование, марка, модель</w:t>
            </w:r>
          </w:p>
        </w:tc>
        <w:tc>
          <w:tcPr>
            <w:tcW w:type="dxa" w:w="18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Заводской номер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Кол-во, шт.</w:t>
            </w:r>
          </w:p>
        </w:tc>
        <w:tc>
          <w:tcPr>
            <w:tcW w:type="dxa" w:w="18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5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марка, модель]</w:t>
            </w:r>
          </w:p>
        </w:tc>
        <w:tc>
          <w:tcPr>
            <w:tcW w:type="dxa" w:w="18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18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5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марка, модель]</w:t>
            </w:r>
          </w:p>
        </w:tc>
        <w:tc>
          <w:tcPr>
            <w:tcW w:type="dxa" w:w="18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18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5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5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82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18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стоимость переданного оборудования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[копейки]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копеек,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НДС]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Оборудование передано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Год выпуска оборудования: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с оборудованием переданы следующие принадлежности и документы: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Технический паспорт (паспорт изделия)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Руководство по эксплуатации на русском языке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Гарантийный талон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сроком гарантии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Сертификат или декларация о соответствии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пульт управления, кабели, крепёж, ключи]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передаче Принимающая сторона осмотрела оборудование и проверила его работоспособность путём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пробного включения в присутствии представителя Передающей стороны]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Оборудование передано в полной комплектности, без видимых повреждений и в исправном состоянии. Показания счётчика наработки (моточасов) на момент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Принимающая сторона не имеет претензий к количеству, комплектности, внешнему виду и состоянию оборудования, которые могли быть выявлены при обычном осмотре и проверке работоспособности. Подписание настоящего акта не лишает Принимающую сторону права предъявить требования в отношении скрытых недостатков, обнаруженных в течение гарантийного срока.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даты подписания настоящего акта обязанность Передающей стороны по передаче оборудования считается исполненной.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Настоящий акт составлен в двух экземплярах, имеющих одинаковую юридическую силу, по одному для каждой из сторон, и является неотъемлемой частью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сторон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Оборудование передал: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Передающей стороны]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Оборудование принял: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Принимающей стороны]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 по договору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