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образовательной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школы, телефон, e-mail]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(законного представителя)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проживания]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академической задолженности обучающегося и сроках её ликвидации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Администрация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наименование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сообщает, что по итогам промежуточной аттестации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[учебный период, например: 2025/2026 учебный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 вашего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обучающегося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обучающегося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 буква класса]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класса, образовалась академическая задолженность по следующим учебным предметам: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349"/>
        <w:gridCol w:w="3598"/>
        <w:gridCol w:w="1978"/>
        <w:gridCol w:w="2428"/>
      </w:tblGrid>
      <w:tr>
        <w:trPr>
          <w:cantSplit/>
        </w:trPr>
        <w:tc>
          <w:tcPr>
            <w:tcW w:type="dxa" w:w="13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Учебный предмет</w:t>
            </w:r>
          </w:p>
        </w:tc>
        <w:tc>
          <w:tcPr>
            <w:tcW w:type="dxa" w:w="35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Результат промежуточной аттестации</w:t>
            </w:r>
          </w:p>
        </w:tc>
        <w:tc>
          <w:tcPr>
            <w:tcW w:type="dxa" w:w="19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Первая пересдача</w:t>
            </w:r>
          </w:p>
        </w:tc>
        <w:tc>
          <w:tcPr>
            <w:tcW w:type="dxa" w:w="24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Вторая пересдача (комиссия)</w:t>
            </w:r>
          </w:p>
        </w:tc>
      </w:tr>
      <w:tr>
        <w:trPr>
          <w:cantSplit/>
        </w:trPr>
        <w:tc>
          <w:tcPr>
            <w:tcW w:type="dxa" w:w="13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[предмет]</w:t>
            </w:r>
          </w:p>
        </w:tc>
        <w:tc>
          <w:tcPr>
            <w:tcW w:type="dxa" w:w="35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[неудовлетворительная отметка или «не аттестован без уважительной причины»]</w:t>
            </w:r>
          </w:p>
        </w:tc>
        <w:tc>
          <w:tcPr>
            <w:tcW w:type="dxa" w:w="19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[дата, время, кабинет]</w:t>
            </w:r>
          </w:p>
        </w:tc>
        <w:tc>
          <w:tcPr>
            <w:tcW w:type="dxa" w:w="24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[дата, время, кабинет]</w:t>
            </w:r>
          </w:p>
        </w:tc>
      </w:tr>
      <w:tr>
        <w:trPr>
          <w:cantSplit/>
        </w:trPr>
        <w:tc>
          <w:tcPr>
            <w:tcW w:type="dxa" w:w="134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[предмет]</w:t>
            </w:r>
          </w:p>
        </w:tc>
        <w:tc>
          <w:tcPr>
            <w:tcW w:type="dxa" w:w="35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[результат]</w:t>
            </w:r>
          </w:p>
        </w:tc>
        <w:tc>
          <w:tcPr>
            <w:tcW w:type="dxa" w:w="197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[дата, время, кабинет]</w:t>
            </w:r>
          </w:p>
        </w:tc>
        <w:tc>
          <w:tcPr>
            <w:tcW w:type="dxa" w:w="242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[дата, время, кабинет]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Задолженность образовалась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Результаты промежуточной аттестации подтверждаются данными электронного журнала и протоколом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аттестации, например: годовой контрольной работы]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педагогического совета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(протокол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обучающийся переведён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 условно (приказ директора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Что предусматривает закон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Неудовлетворительные результаты промежуточной аттестации по одному или нескольким учебным предметам либо непрохождение промежуточной аттестации без уважительных причин признаются академической задолженностью (ч. 2 ст. 58 Федерального закона от 29.12.2012 № 273-ФЗ «Об образовании в Российской Федерации», далее — Закон об образовании). Обучающийся обязан её ликвидировать (ч. 3 ст. 58).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Пройти промежуточную аттестацию по соответствующему предмету можно не более двух раз в пределах одного года с момента образования задолженности. В этот срок не включается время болезни обучающегося (ч. 5 ст. 58 Закона об образовании). Вторая пересдача проводится комиссией, которую создаёт школа (ч. 6 ст. 58). Плата за пересдачу не взимается (ч. 7 ст. 58).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Обучающийся, не ликвидировавший академическую задолженность в установленные сроки, по усмотрению родителей (законных представителей) оставляется на повторное обучение, переводится на обучение по адаптированной образовательной программе в соответствии с рекомендациями психолого-медико-педагогической комиссии либо на обучение по индивидуальному учебному плану (ч. 9 ст. 58 Закона об образовании).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Родители (законные представители) обязаны обеспечить получение детьми общего образования (п. 1 ч. 4 ст. 44 Закона об образовании) и вправе знакомиться с оценками успеваемости своих детей (п. 4 ч. 3 ст. 44).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Сроки и условия ликвидации задолженности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Академическую задолженность необходимо ликвидировать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соответствии с Положением о формах, периодичности и порядке текущего контроля успеваемости и промежуточной аттестации обучающихся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наименование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утверждённым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подготовки к пересдаче школа организует консультации учителей: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предмету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учитель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[дни недели и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кабинет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предмету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учитель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[дни недели и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кабинет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Форма пересдачи: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[например: письменная контрольная работа]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перечень тем для подготовки выдаётся учителем на первой консультации.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обучающийся не сможет прийти на пересдачу по болезни или иной уважительной причине, сообщите об этом классному руководителю до назначенной даты и представьте подтверждающий документ: пересдача будет перенесена.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ПРОСИМ: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Обеспечить посещение обучающимся консультаций и явку на пересдачу в указанные даты.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Контролировать подготовку ребёнка к пересдаче и регулярно просматривать электронный дневник.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необходимости обратиться к классному 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для согласования индивидуального графика консультаций.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результатах пересдачи вы будете уведомлены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после её проведения.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Классный руководитель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Уведомление получил(а), с графиком пересдачи ознакомлен(а).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(законного представителя)]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родителей (законных представителей) об академической задолженности обучающегося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