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поставщика]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покупателя]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покупателя]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покупателя]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для уведомлений по договору]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готовности товара к отгрузке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наименование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(поставщик)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наименование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(покупатель) заключён договор поставки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договор). Согласно спецификации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поставка производится путём выборки товара покупателем со склада поставщика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договора), срок поставки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Сообщаем, что товар готов к передаче покупателю: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73"/>
        <w:gridCol w:w="3866"/>
        <w:gridCol w:w="997"/>
        <w:gridCol w:w="1496"/>
        <w:gridCol w:w="2120"/>
      </w:tblGrid>
      <w:tr>
        <w:trPr>
          <w:cantSplit/>
        </w:trPr>
        <w:tc>
          <w:tcPr>
            <w:tcW w:type="dxa" w:w="8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386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 товара</w:t>
            </w:r>
          </w:p>
        </w:tc>
        <w:tc>
          <w:tcPr>
            <w:tcW w:type="dxa" w:w="9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Ед. изм.</w:t>
            </w:r>
          </w:p>
        </w:tc>
        <w:tc>
          <w:tcPr>
            <w:tcW w:type="dxa" w:w="14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Количество</w:t>
            </w:r>
          </w:p>
        </w:tc>
        <w:tc>
          <w:tcPr>
            <w:tcW w:type="dxa" w:w="21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 с НДС, руб.</w:t>
            </w:r>
          </w:p>
        </w:tc>
      </w:tr>
      <w:tr>
        <w:trPr>
          <w:cantSplit/>
        </w:trPr>
        <w:tc>
          <w:tcPr>
            <w:tcW w:type="dxa" w:w="8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386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артикул, модель]</w:t>
            </w:r>
          </w:p>
        </w:tc>
        <w:tc>
          <w:tcPr>
            <w:tcW w:type="dxa" w:w="9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[шт.]</w:t>
            </w:r>
          </w:p>
        </w:tc>
        <w:tc>
          <w:tcPr>
            <w:tcW w:type="dxa" w:w="14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  <w:tc>
          <w:tcPr>
            <w:tcW w:type="dxa" w:w="21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8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386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артикул, модель]</w:t>
            </w:r>
          </w:p>
        </w:tc>
        <w:tc>
          <w:tcPr>
            <w:tcW w:type="dxa" w:w="9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[шт.]</w:t>
            </w:r>
          </w:p>
        </w:tc>
        <w:tc>
          <w:tcPr>
            <w:tcW w:type="dxa" w:w="14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  <w:tc>
          <w:tcPr>
            <w:tcW w:type="dxa" w:w="21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87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86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998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49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12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Товар укомплектован, упакован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упаковки, количество грузовых мест]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промаркирован с указанием номера договора и наименования покупателя. Партия идентифицирована для целей договора: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партии, серийные номера или иные идентификационные признаки]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передачи: склад поставщика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склада]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Время отгрузки: по рабочим дням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Погрузка в транспорт покупателя производится силами поставщика.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 отгрузке подготовлены документы: универсальный передаточный документ,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[сертификат соответствия или декларация о соответствии, паспорт изделия, гарантийный талон]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счёт-фактура в составе УПД.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Правовые последствия уведомления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передаче товара в месте его нахождения обязанность продавца считается исполненной в момент, когда товар предоставлен в распоряжение покупателя: товар готов к передаче в надлежащем месте к установленному сроку и покупатель осведомлён о его готовности (абз. 2 п. 1 ст. 458 Гражданского кодекса Российской Федерации). С этого момента на покупателя переходит риск случайной гибели или повреждения товара (п. 1 ст. 459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Выборка товара, если её срок не предусмотрен договором, производится в разумный срок после получения уведомления поставщика о готовности товара (п. 2 ст. 510 ГК РФ). Невыборка товара в установленный срок даёт поставщику право отказаться от исполнения договора либо потребовать от покупателя оплаты товара (п. 2 ст. 515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Расходы на хранение товара, понесённые поставщиком из-за просрочки покупателя в выборке, подлежат возмещению покупателем (п. 2 ст. 406 ГК РФ).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ПРОСИМ: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Произвести выборку товара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включительно.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 позднее чем за один рабочий день до прибытия транспорта сообщить на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марку и государственный регистрационный номер автомобиля, ФИО водителя и направить доверенность на получение товара.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Оплатить оставшуюся часть цены товара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руб., в том числе НДС,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соответствии с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по счёту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Контактное лицо по вопросам отгрузки: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спецификации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Счёт на оплату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Упаковочный лист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покупателя о готовности товара к отгрузке (выборке со склада поставщика)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