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предстоящем увольнении в связи с ликвидацией организации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и отчество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[орган, принявший решение, например: общее собрание участников]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приняло решение о ликвидации общества (протокол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г.). Сведения о том, что общество находится в процессе ликвидации, внесены в Единый государственный реестр юридических лиц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Ликвидатором назначен(а)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ликвидатора или председателя ликвидационной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частью 2 статьи 180 Трудового кодекса Российской Федерации уведомляем Вас, что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заключённый с Вами, будет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связи с ликвидацией организации по пункту 1 части первой статьи 81 Трудового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Организация ликвидируется полностью, деятельность прекращается без перехода прав и обязанностей к другим лицам, поэтому предложить Вам другую работу у данного работодателя не представляется возможным.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Гарантии и выплаты при увольнении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день увольнения Вам будут выплачены все причитающиеся суммы (статья 140 ТК РФ): заработная плата за отработанное время, денежная компенсация за все неиспользованные отпуска (статья 127 ТК РФ) и выходное пособие в размере среднего месячного заработка (часть первая статьи 178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Вы не трудоустроитесь в течение месяца после увольнения, за Вами сохраняется средний месячный заработок за второй месяц со дня увольнения (с зачётом выходного пособия) или его часть пропорционально периоду, в котором Вы не были трудоустроены. Для выплаты необходимо обратиться к работодателю с письменным заявлением не позднее 15 рабочих дней после окончания второго месяца со дня увольнения (часть вторая статьи 178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исключительных случаях средний месячный заработок сохраняется за третий месяц со дня увольнения по решению органа службы занятости населения, если в течение 14 рабочих дней со дня увольнения Вы обратитесь в этот орган и не будете им трудоустроены (часть третья статьи 178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Выплаты за второй и третий месяцы производятся до завершения ликвидации организации. Рекомендуем своевременно сообщить ликвидатору актуальные банковские реквизиты и контактные данные.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Вашего письменного согласия трудовой договор может быть расторгнут до истечения срока настоящего предупреждения. В этом случае Вам дополнительно выплачивается компенсация в размере среднего заработка, исчисленного пропорционально времени, оставшемуся до истечения срока предупреждения (часть третья статьи 180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день увольнения Вам будут выданы сведения о трудовой деятельности (статья 66.1 ТК РФ), а при ведении трудовой книжки на бумаге — трудовая книжка с записью об увольнении (статья 84.1 ТК РФ). По письменному заявлению будут выданы надлежащим образом заверенные копии документов, связанных с работой (статья 62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вопросам увольнения и выплат обращайтесь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Ликвидатор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получил(а), второй экземпляр на руки получил(а):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предстоящем увольнении в связи с ликвидацией организации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