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получении материальных ценностей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материально ответственного лица, выдавшего имущество]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 временное пользование для выполнения трудовых обязанностей следующие материальные ценности, принадлежащие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49"/>
        <w:gridCol w:w="2982"/>
        <w:gridCol w:w="2304"/>
        <w:gridCol w:w="1084"/>
        <w:gridCol w:w="2033"/>
      </w:tblGrid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9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</w:t>
            </w:r>
          </w:p>
        </w:tc>
        <w:tc>
          <w:tcPr>
            <w:tcW w:type="dxa" w:w="23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Инв. (серийный) №</w:t>
            </w:r>
          </w:p>
        </w:tc>
        <w:tc>
          <w:tcPr>
            <w:tcW w:type="dxa" w:w="1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9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модель]</w:t>
            </w:r>
          </w:p>
        </w:tc>
        <w:tc>
          <w:tcPr>
            <w:tcW w:type="dxa" w:w="23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[№]</w:t>
            </w:r>
          </w:p>
        </w:tc>
        <w:tc>
          <w:tcPr>
            <w:tcW w:type="dxa" w:w="1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[стоимость]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9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модель]</w:t>
            </w:r>
          </w:p>
        </w:tc>
        <w:tc>
          <w:tcPr>
            <w:tcW w:type="dxa" w:w="23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[№]</w:t>
            </w:r>
          </w:p>
        </w:tc>
        <w:tc>
          <w:tcPr>
            <w:tcW w:type="dxa" w:w="1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[стоимость]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29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модель]</w:t>
            </w:r>
          </w:p>
        </w:tc>
        <w:tc>
          <w:tcPr>
            <w:tcW w:type="dxa" w:w="23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[№]</w:t>
            </w:r>
          </w:p>
        </w:tc>
        <w:tc>
          <w:tcPr>
            <w:tcW w:type="dxa" w:w="1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[стоимость]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9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230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20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стоимость полученных ценностей: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Ценности получены мной в исправном состоянии, в полной комплектности, с документацией и принадлежностями: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[перечень: зарядное устройство, чехол, ключи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Внешний вид, работоспособность и комплектность проверены при получении, замечаний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Обязуюсь бережно относиться к полученному имуществу, использовать его только для выполнения своих трудовых обязанностей по месту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не передавать его третьим лицам, соблюдать правила эксплуатации и хранения, а также незамедлительно сообщать непосредственному руководителю об утрате, повреждении имущества или угрозе его сохранности.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Обязуюсь вернуть полученные ценности по первому требованию работодателя, а при переводе на другую работу или увольнении — не позднее последнего рабочего дня, в том же состоянии с учётом нормального износа.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Мне разъяснено, что за ущерб, причинённый работодателю утратой или повреждением полученного имущества, я несу материальную ответственность по правилам главы 39 Трудового кодекса РФ, в том числе полную материальную ответственность за недостачу ценностей, полученных по настоящему разовому документу (п. 2 ч. 1 ст. 243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Расписка составлена в двух экземплярах: один хранится у работодателя, второй — у работника.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Ценности получил: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Ценности выдал: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Отметка о возврате ценностей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Перечисленные в расписке материальные ценности возвращены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возврата]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 в полном объёме, в исправном состоянии, с учётом нормального износа. Претензий к работнику не имеется.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Ценности сдал: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Ценности принял: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работника в получении материальных ценностей во временное пользование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