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ДОВЕРЕННОСТЬ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на получение пенсии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[город]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прописью]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СНИЛС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СНИЛС]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зарегистрированный(ая)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являющийся(аяся) получателем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[вид пенсии, например: страховой пенсии по старости]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настоящей доверенностью уполномочиваю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представителя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года рождения, паспорт гражданина Российской Федерации серия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выдан]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выдачи]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зарегистрированного(ую)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получать причитающиеся мне пенсию, фиксированную выплату к страховой пенсии, ежемесячную денежную выплату и иные социальные выплаты, назначенные мне Фондом пенсионного и социального страхования Российской Федерации, в том числе суммы, начисленные за прошлое время, в организации, осуществляющей их доставку: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и адрес организации, например: отделение почтовой связи 153000, г. Иваново]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Для этого предоставляю представителю право: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Получать причитающиеся мне денежные суммы и расписываться за меня в их получении в поручениях на доставку, ведомостях и иных документах.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Подавать и подписывать от моего имени заявления, связанные с выплатой и доставкой пенсии, получать справки о размере пенсии и иных выплат.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Совершать иные действия, необходимые для выполнения этого поручения.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Доверенность выдана сроком на один год,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окончания срока]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включительно, без права передоверия полномочий другим лицам.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Последствия прекращения доверенности (статьи 188 и 189 ГК РФ) мне разъяснены.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Образец подписи представителя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 представителя]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___________________ удостоверяю.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[ФИО доверителя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на получение пенсии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