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получение товарно-материальных ценностей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действующий от своего имени, настоящей доверенностью уполномочивает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 или пункта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документа-основания: договор, счёт или заказ,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следующие товарно-материальные ценности: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39"/>
        <w:gridCol w:w="2821"/>
        <w:gridCol w:w="2375"/>
        <w:gridCol w:w="3118"/>
      </w:tblGrid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8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товара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 изм.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 (прописью)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8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[шт., кг, упак.]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 прописью]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82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</w:p>
        </w:tc>
        <w:tc>
          <w:tcPr>
            <w:tcW w:type="dxa" w:w="237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[шт., кг, упак.]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 прописью]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выполнения поручения представитель вправе: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Проверять количество, комплектность и внешний вид товара и упаковки при приёмке.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от имени индивидуального предпринимателя товарные накладные, универсальные передаточные документы, транспортные накладные, акты приёма-передачи и акты о выявленных расхождениях по количеству и качеству.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счета-фактуры, сертификаты и иные сопроводительные документы на товар и совершать иные действия, связанные с его получением и вывозом.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действительна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включительно и выдана без права передоверия.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Образец подписи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удостоверяю.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индивидуального предпринимателя на получение товарно-материальных ценностей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