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ДОВЕРЕННОСТЬ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получение справки о наличии (отсутствии) судимости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 по паспорту]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гражданство: Российская Федерация,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ранее имевший(ая) фамилию, имя, отчество: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[прежние фамилия, имя, отчество и годы их ношения]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настоящей доверенностью уполномочиваю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зарегистрированного(ую)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представлять мои интересы в Министерстве внутренних дел Российской Федерации, Главном информационно-аналитическом центре МВД России, информационном центре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 по субъекту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территориальных органах МВД России, многофункциональных центрах предоставления государственных и муниципальных услуг по вопросу получения справки о наличии (отсутствии) судимости и (или) факта уголовного преследования либо о прекращении уголовного преследования.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этого предоставляю право: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Подписать и подать от моего имени заявление о выдаче справки о наличии (отсутствии) судимости и (или) факта уголовного преследования либо о прекращении уголовного преследования, указав в нём мои персональные данные, сведения о прежних фамилии, имени, отчестве и цель получения справки.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Представлять копии моего паспорта и других документов, необходимых для получения справки, получать расписку о приёме документов, сведения о ходе предоставления услуги и уведомления о готовности справки.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Получить оформленную справку о наличии (отсутствии) судимости в двух экземплярах, а также письменный ответ или уведомление об отказе в её выдаче.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Расписываться за меня и совершать все иные действия, связанные с выполнением этого поручения.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Даю согласие на обработку представителем моих персональных данных, включая сведения о судимости и уголовном преследовании, в объёме, необходимом для выполнения поручения.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Доверенность выдана сроком на один год без права передоверия полномочий другим лицам.</w:t>
      </w:r>
    </w:p>
    <w:p>
      <w:pPr>
        <w:spacing w:before="120" w:after="12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доверителя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справки о наличии (отсутствии) судимости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