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школы]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директора]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зачислении ребенка в лагерь с дневным пребыванием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Прошу зачислить моего ребенка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обучающегося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[класс и литера]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класса, в лагерь с дневным пребыванием детей, организованный на базе школы, на смену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 смены]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 смены]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Ребенок проживает вместе со мной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проживания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Сведения о здоровье ребенка, которые нужно учитывать воспитателям и при организации питания (аллергия, ограничения по физической нагрузке):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[сведения о здоровье или «нет»]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положением о лагере, режимом дня и правилами поведения в лагере ознакомлен(а). Медицинскую справку о состоянии здоровья ребенка по форме № 079/у представлю до начала смены. Родительскую плату внесу в размере и в срок, установленные школой.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 окончания работы лагеря ребенка будет забирать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 степень родства взрослого, который забирает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Об изменении режима работы лагеря и о плохом самочувствии ребенка прошу сообщать мне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Прошу зарегистрировать настоящее заявление и сообщить мне о решении о зачислении.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родителя о зачислении ребенка в пришкольный лагерь с дневным пребыванием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