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(филиала, отделения) банка]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подразделения банка]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гражданство: Российская Федерация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взыскателя]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по месту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 должника]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должника из исполнительного листа]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принятии исполнительного листа к исполнению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вынес решение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взыскания, например: задолженности по договору займа и судебных расходов]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общей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вступления в силу]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этого решения мне выдан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предъявления исполнительного листа к исполнению не истек. На дату подачи заявления долг не погашен, сумма к взысканию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известно, что должник является клиентом вашего банка и имеет в нем счет (счета)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счетов,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соответствии с ч. 1 ст. 8 Федерального закона от 02.10.2007 № 229-ФЗ «Об исполнительном производстве» направляю исполнительный лист непосредственно в банк.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8 и 70 Федерального закона от 02.10.2007 № 229-ФЗ «Об исполнительном производстве»,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к исполнению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Списать со всех счетов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открытых в банке,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и перечислить их на мой счет: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взыскателя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 из 20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корреспондентского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банка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банка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недостаточности денежных средств на счетах должника продолжать исполнение по мере их поступления до полного исполнения требований исполнительного листа (ч. 9 ст. 70 Закона № 229-ФЗ) и сообщать мне о каждом перечислении.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Сообщения о ходе исполнения, о частичном или полном исполнении, а также о возврате исполнительного листа направлять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для корреспонденции]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электронную почту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(подлинник).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взыскателя (страницы с фотографией и регистрацией).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(выписка) с реквизитами счета взыскателя, выданная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взыскателя]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в банк о принятии исполнительного листа к исполнению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