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банка]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подразделения банка]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подразделения банка]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индивидуальный предприниматель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ОГРНИП: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снятии ограничений по счету и представлении пояснений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 являюсь клиентом банка, по договору банковского счета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мне открыт расчетный счет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счета]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банк отказал в исполнении моего платежного поручения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сумму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в пользу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получателя]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ограничил мне доступ к системе дистанционного банковского обслуживания. В уведомлении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банк сослался на Федеральный закон от 07.08.2001 № 115-ФЗ и запросил документы, подтверждающие экономический смысл операций по счету.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Даю пояснения.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зарегистрирован(а) в качестве индивидуального предпринимателя, основной вид деятельности: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деятельности и код по ОКВЭД]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Применяю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[система налогообложения]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налоги и страховые взносы уплачиваю полностью и в срок, задолженности перед бюджетом не имею.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Денежные средства на счет поступают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[кто платит, например: покупателей по договорам поставки, маркетплейса по договору оказания услуг]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оплату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[что именно: товары, работы, услуги]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Основные контрагенты: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[наименования и ИНН основных контрагентов]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Платеж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сумму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в пользу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получателя]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направлен на оплату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[назначение платежа]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договору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Операция связана с моей предпринимательской деятельностью, имеет понятный экономический смысл и подтверждается приложенными документами.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п. 13.4 ст. 7 Федерального закона от 07.08.2001 № 115-ФЗ клиент вправе представить в банк документы и (или) сведения об отсутствии оснований для отказа в совершении операции. Банк обязан рассмотреть их и в течение 7 рабочих дней сообщить об устранении оснований для отказа либо о невозможности их устранить. Настоящим заявлением я представляю такие документы и сведения.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п. 1 ст. 845 и п. 1 ст. 858 Гражданского кодекса РФ банк не вправе ограничивать права клиента распоряжаться денежными средствами на счете, кроме случаев, предусмотренных законом. Представленные документы подтверждают, что оснований подозревать операцию в связи с легализацией доходов или финансированием терроризма нет.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845, 858 ГК РФ и п. 13.4 ст. 7 Федерального закона от 07.08.2001 № 115-ФЗ,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Рассмотреть представленные пояснения и документы и признать основания для отказа в совершении операции устраненными.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Снять ограничения на распоряжение денежными средствами на счете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счета]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восстановить доступ к системе дистанционного банковского обслуживания.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Исполнить платежное поручение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сумму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Направить в Росфинмониторинг сведения об устранении оснований для отказа в совершении операции.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Сообщить мне о принятом решении письменно в срок не позднее 7 рабочих дней по адресу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[почтовый 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на электронную почту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договора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получателя]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Копии счетов, актов, накладных по операции.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налоговой декларации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[период]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отметкой о принятии.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Справка о состоянии расчетов с бюджетом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заявителя]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ИП в банк о снятии ограничений по счету по 115-ФЗ с пояснениями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