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банка]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банка]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и когда]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отзыве согласия и запрете передачи персональных данных третьим лицам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являюсь клиентом банка и заемщиком по кредитному договору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При заключении договора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подписания согласия]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мной было подписано согласие на обработку персональных данных, в том числе на их передачу третьим лицам, а также согласие на передачу третьим лицам сведений о задолженности и на взаимодействие банка с третьими лицами.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начала звонков]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мне и моим родственникам поступают звонки и сообщения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 или номера телефонов, с которых звонят]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поводу задолженности по указанному договору. Своего согласия на такое использование моих персональных данных я больше не даю.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Настоящим отзываю: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Согласие на обработку моих персональных данных в части их передачи (предоставления, раскрытия) третьим лицам, включая коллекторские организации, агентов и иных лиц, действующих от имени банка, а также в части обработки в целях продвижения товаров и услуг.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Согласие на передачу третьим лицам и раскрытие сведений обо мне, о моей просроченной задолженности и ее взыскании.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Согласие на взаимодействие банка и лиц, действующих от его имени, с третьими лицами (членами моей семьи, родственниками, соседями, работодателем) по поводу моей задолженности.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ч. 2 ст. 9 Федерального закона от 27.07.2006 № 152-ФЗ «О персональных данных» согласие на обработку персональных данных может быть отозвано субъектом. После отзыва оператор вправе продолжить обработку только при наличии оснований, указанных в п. 2–11 ч. 1 ст. 6, ч. 2 ст. 10 и ч. 2 ст. 11 этого закона. Обработка, необходимая для исполнения кредитного договора и требований закона, настоящим заявлением не затрагивается.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силу ч. 5 ст. 21 Федерального закона № 152-ФЗ при отзыве согласия оператор обязан прекратить обработку персональных данных и уничтожить их, если сохранение не требуется для целей обработки, в срок, не превышающий 30 дней с даты поступления отзыва. Требование о прекращении обработки исполняется в срок не более 10 рабочих дней с возможностью продления не более чем на 5 рабочих дней (ч. 5.1 ст. 21 закона).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ч. 3 и 7 ст. 6 Федерального закона от 03.07.2016 № 230-ФЗ кредитор и лицо, действующее от его имени, не вправе без согласия должника передавать третьим лицам или делать доступными для них сведения о должнике, просроченной задолженности и ее взыскании. Должник вправе в любой момент отозвать такое согласие, после чего передача сведений не допускается, если иное не предусмотрено федеральным законом.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 ч. 5, 7 и 7.1 ст. 4 Федерального закона № 230-ФЗ взаимодействие с третьими лицами по инициативе кредитора допускается только при наличии согласия должника. При отзыве согласия взаимодействие должно быть прекращено в течение трех рабочих дней.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ч. 7 ст. 14 Федерального закона № 152-ФЗ я вправе получить сведения о лицах, которым мои персональные данные раскрыты или обработка которых поручена, а оператор обязан предоставить их в течение 10 рабочих дней с даты получения запроса (ч. 3 ст. 14 закона).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9, 14, 21 Федерального закона «О персональных данных», ст. 4 и 6 Федерального закона от 03.07.2016 № 230-ФЗ,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Прекратить передачу моих персональных данных третьим лицам, в том числе коллекторским организациям, агентам и иным лицам, действующим от имени банка, и прекратить их обработку в целях продвижения товаров и услуг.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Не передавать третьим лицам сведения обо мне, о моей задолженности по кредитному договору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ее взыскании.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Прекратить взаимодействие с членами моей семьи, родственниками, соседями, работодателем и иными третьими лицами по поводу моей задолженности.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Сообщить мне наименования и адреса лиц, которым банк передал мои персональные данные или поручил их обработку, и уведомить этих лиц об отзыве моего согласия.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Письменно сообщить мне о прекращении обработки и уничтожении персональных данных, обработка которых не требуется для исполнения кредитного договора и требований закона.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Направить ответ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или на электронную почту: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паспорта заявителя (страница с фотографией)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кредитного договора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Перечень звонков и сообщений от третьих лиц с датами и номерами телефонов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банк об отзыве согласия и запрете передачи персональных данных третьим лицам (коллекторам)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