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Начальнику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инспекции ФНС России по месту нахождения квартиры]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инспекции]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[почтовый адрес для ответа]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сдаче квартиры внаем без уплаты налога на доходы физических лиц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 проживаю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В том же доме находится квартира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[полный адрес квартиры, включая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собственником которой, по имеющимся у меня сведениям, является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собственника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проживающий(ая)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собственника, если известен]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Начиная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[месяц и 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собственник систематически сдает эту квартиру внаем посторонним лицам за плату. В квартире проживают граждане, не являющиеся членами семьи собственника: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[краткое описание жильцов и периода их проживания]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Жильцы меняются примерно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[периодичность, например: каждые 3–6 месяцев]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Собственник в квартире не проживает.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Квартира регулярно предлагается к сдаче через интернет. Объявление размещено на сайте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сайта]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ссылке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страницы объявления]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указана плата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в месяц, контактный телефон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телефона из объявления]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Снимки экрана объявления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прилагаю. Об обстоятельствах сдачи квартиры известно также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свидетеля, например соседа или бывшего жильца, и его контактный телефон]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 моим подсчетам, исходя из цены в объявлении, доход собственника от сдачи квартиры составляет около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в год. Насколько мне известно, договор найма с жильцами официально не оформляется, доход не декларируется, а налог с него не уплачивается.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Доходы от сдачи в аренду или иного использования имущества, находящегося в Российской Федерации, являются объектом обложения налогом на доходы физических лиц (ст. 209, пп. 4 п. 1 ст. 208 Налогового кодекса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Физическое лицо, получившее доход от сдачи жилья внаем другим гражданам, обязано самостоятельно исчислить и уплатить налог и представить налоговую декларацию по форме 3-НДФЛ не позднее 30 апреля года, следующего за годом получения дохода, а налог уплатить не позднее 15 июля этого года (пп. 1 п. 1, п. 4 ст. 228, п. 1 ст. 229 НК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Налоговые органы вправе проводить налоговый контроль, вызывать налогоплательщиков для дачи пояснений, истребовать документы и сведения, в том числе у банков и иных лиц (ст. 31, 82, 86, 93.1 НК РФ). Неуплата налога влечет взыскание недоимки, пеней и штрафа по ст. 119 и 122 НК РФ.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31, 82 Налогового кодекса РФ, ст. 2, 4 и 12 Федерального закона от 02.05.2006 № 59-ФЗ «О порядке рассмотрения обращений граждан Российской Федерации»,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Провести мероприятия налогового контроля в отношении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собственника]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факту получения дохода от сдачи внаем квартиры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квартиры]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подтверждении фактов неуплаты налога принять меры по исчислению и взысканию налога, пеней и штрафов в установленном законом порядке.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Не сообщать собственнику квартиры и иным лицам мои персональные данные без моего согласия (ч. 2 ст. 6 Федерального закона № 59-ФЗ).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Направить мне ответ о результатах рассмотрения заявления в срок, установленный ст. 12 Федерального закона № 59-ФЗ, по почтовому адресу или адресу электронной почты, указанным в заявлении.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Снимки экрана объявления о сдаче квартиры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Фотографии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[что изображено, например: объявления на подъезде]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Письменные пояснения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свидетеля]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заявителя]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налоговую о сдаче квартиры внаем без уплаты НДФЛ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