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Отделение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или клиентской службы СФР]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выплате сумм пенсии, не полученных в связи со смертью пенсионера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умер(ла) мой(моя)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умершего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свидетельством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жизни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являлся(лась) получателем страховой пенсии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пенсии, например по старости]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клиентской службы СФР]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Пенсия выплачивалась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кредитной организации или доставочной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Пенсия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 смерти]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день смерти получена не была.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умершего(ей),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 о родстве]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день смерти я проживал(а) совместно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 о совместном проживании, например выпиской из домовой книги или справкой о зарегистрированных лицах]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 дня смерти пенсионера не истекло шесть месяцев.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3 ст. 26 Федерального закона от 28.12.2013 № 400-ФЗ «О страховых пенсиях» начисленные суммы страховой пенсии, причитавшиеся пенсионеру в текущем месяце и оставшиеся не полученными в связи с его смертью в указанном месяце, выплачиваются тем членам его семьи, которые относятся к лицам, указанным в ч. 2 ст. 10 этого Закона, и проживали совместно с пенсионером на день его смерти, если обращение последовало не позднее чем до истечения шести месяцев со дня смерти пенсионера. Я отношусь к указанным лицам, проживал(а) совместно с умершим(ей) и обращаюсь в установленный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ст. 1183 Гражданского кодекса РФ право на получение подлежавших выплате наследодателю, но не полученных им при жизни пенсий, пособий и иных денежных сумм, предоставленных в качестве средств к существованию, принадлежит проживавшим совместно с умершим членам его семьи.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ч. 1 ст. 25 Федерального закона № 400-ФЗ выплата страховой пенсии в случае смерти пенсионера прекращается с 1-го числа месяца, следующего за месяцем, в котором наступила смерть. Следовательно, пенсия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 смерти]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причиталась пенсионеру в полном размере и подлежит выплате мне.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3 ст. 26 Федерального закона от 28.12.2013 № 400-ФЗ «О страховых пенсиях», ст. 1183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Выплатить мне начисленные суммы страховой пенсии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том числе фиксированной выплаты и ее повышений, а также иных выплат, установленных к пенсии, причитавшиеся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 смерти]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 полученные в связи со смертью пенсионера.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Перечислить указанные суммы на мой счет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корреспондентского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мне о принятом решении и размере выплаты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документа, подтверждающего родство: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совместное проживание с умершим(ей) на день смерти.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Реквизиты банковского счета заявителя.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родственника в СФР о выплате пенсии, не полученной в связи со смертью пенсионера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