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Отделение Фонда пенсионного и социального страхования Российской Федерации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отделения или клиентской службы СФР]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СНИЛС]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корректировке сведений индивидуального лицевого счета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зарегистрирован(а) в системе индивидуального (персонифицированного) учета, мой страховой номер индивидуального лицевого счета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СНИЛС]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получил(а) выписку из моего индивидуального лицевого счета (сведения о состоянии индивидуального лицевого счета)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[портал Госуслуг или клиентскую службу СФР]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выписке отсутствуют сведения о периоде моей работы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Этот период подтверждается записями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 записей]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моей трудовой книжке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также архивной справкой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архива]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Кроме того, в выписке не отражен мой заработок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который подтверждается справкой о заработной плате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 или архива]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Сведения в моем индивидуальном лицевом счете являются неполными. Эти сведения влияют на мой страховой стаж и величину индивидуального пенсионного коэффициента, а значит, на право на пенсию и ее размер.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ст. 14 Федерального закона от 01.04.1996 № 27-ФЗ «Об индивидуальном (персонифицированном) учете в системах обязательного пенсионного страхования и обязательного социального страхования» зарегистрированное лицо в случае несогласия со сведениями, содержащимися в его индивидуальном лицевом счете, вправе обратиться в органы Фонда пенсионного и социального страхования Российской Федерации с заявлением об исправлении этих сведений.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ст. 16 Федерального закона № 27-ФЗ органы Фонда вправе по заявлению зарегистрированного лица осуществлять корректировку сведений, содержащихся в индивидуальном лицевом счете, и вносить в него уточнения и дополнения, а также обязаны сообщить зарегистрированному лицу о внесенных изменениях.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ч. 1 ст. 14 Федерального закона от 28.12.2013 № 400-ФЗ «О страховых пенсиях» периоды работы до регистрации гражданина в качестве застрахованного лица подтверждаются документами, выдаваемыми работодателями или соответствующими государственными (муниципальными) органами. Согласно п. 11 Правил подсчета и подтверждения страхового стажа, утвержденных постановлением Правительства РФ от 02.10.2014 № 1015, основным документом, подтверждающим периоды работы по трудовому договору, является трудовая книжка.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Порядок корректировки сведений по заявлению застрахованного лица утвержден приказом СФР от 11.07.2023 № 1363. Решение о корректировке или об отказе в ней принимается в течение 10 рабочих дней со дня поступления заявления и документов.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14 и 16 Федерального закона от 01.04.1996 № 27-ФЗ, ст. 14 Федерального закона от 28.12.2013 № 400-ФЗ «О страховых пенсиях»,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корректировку сведений моего индивидуального лицевого счета и включить в него период работы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Включить в индивидуальный лицевой счет сведения о моем заработке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согласно справке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случае необходимости запросить недостающие сведения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архива или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порядке межведомственного взаимодействия.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Сообщить мне о принятом решении и выдать обновленные сведения о состоянии индивидуального лицевого счета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 адрес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трудовой книжки.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архивной справки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справки о заработной плате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индивидуального лицевого счета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в СФР о корректировке сведений индивидуального лицевого счёта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