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Управление Федеральной службы государственной регистрации, кадастра и картографии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через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 адрес МФЦ]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 (собственник):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дата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СНИЛС: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СНИЛС]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 по месту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внесении в Единый государственный реестр недвижимости сведений о снятии ареста (запрета на совершение регистрационных действий)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Мне на праве собственности принадлежит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объекта]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общей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м, расположенный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объекта]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кадастровый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Право собственности зарегистрировано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регистрации права]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Постановлением судебного пристава-исполнителя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судебного пристава-исполнителя]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рамках исполнительного производства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исполнительного производства]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указанный объект наложен арест (запрет на совершение регистрационных действий). На основании этого постановления в Единый государственный реестр недвижимости внесена запись об ограничении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записи]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записи об ограничении]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Задолженность по исполнительному производству погашена мною в полном объеме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погашения]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Постановлением судебного пристава-исполнителя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постановления]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исполнительное производство окончено, а постановлением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постановления]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арест (запрет на совершение регистрационных действий) в отношении объекта снят.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Согласно выписке из Единого государственного реестра недвижимости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выписки]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запись об ограничении до настоящего времени не погашена, что препятствует мне распоряжаться принадлежащим мне имуществом.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силу ч. 13 ст. 32 Федерального закона от 13.07.2015 № 218-ФЗ «О государственной регистрации недвижимости» акт о снятии ареста или запрета направляется в орган регистрации прав принявшим его лицом в срок не более трех рабочих дней, а сведения о снятии ареста или запрета вносятся в реестр в течение трех рабочих дней с даты поступления такого акта (п. 8 ч. 1 ст. 16 указанного закона). Если такие сведения не внесены в установленный срок, заинтересованное лицо вправе обратиться в орган регистрации прав с заявлением об их внесении, и орган регистрации прав сам запрашивает необходимые документы (ч. 1 и 2 ст. 33 указанного закона).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16, 32, 33 Федерального закона от 13.07.2015 № 218-ФЗ «О государственной регистрации недвижимости»,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Внести в Единый государственный реестр недвижимости сведения о снятии ареста (запрета на совершение регистрационных действий) в отношении объекта недвижимости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постановления судебного пристава-исполнителя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постановления]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погасить запись об ограничении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записи]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записи об ограничении]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 необходимости запросить копию постановления о снятии ареста (запрета)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порядке межведомственного информационного взаимодействия.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Уведомление о внесении сведений направить мне по адресу электронной почты, указанному в настоящем заявлении.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Подтверждаю, что сведения, указанные в заявлении, достоверны. Даю согласие на обработку моих персональных данных в целях внесения сведений в Единый государственный реестр недвижимости.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судебного пристава-исполнителя о снятии ареста (запрета на совершение регистрационных действий)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заверенная отделением судебных приставов.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об окончании исполнительного производства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Выписка из Единого государственного реестра недвижимости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записью об ограничении.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паспорта гражданина Российской Федерации (оригинал предъявляется при подаче).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заявителя]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Росреестр о снятии ареста (запрета регистрационных действий) с недвижимости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