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органа ЗАГС]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Заявитель: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[фамилия, имя, отчество полностью]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 места жительства: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с индексом]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паспорт: серия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[серия]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выдан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[кем выдан]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выдачи]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ЗАЯВЛЕНИЕ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 выдаче справки о заключении брака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Прошу выдать справку о заключении брака в отношении записи акта о заключении брака, составленной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органа ЗАГС, зарегистрировавшего брак]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регистрации брака]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г., № записи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[номер, если известен]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Брак был заключён мной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[фамилия, имя, отчество другого супруга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Свидетельство о заключении брака утрачено. Брак расторгнут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расторжения]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г., поэтому повторное свидетельство о заключении брака мне не выдаётся (пункт 3 статьи 9 Федерального закона от 15.11.1997 № 143-ФЗ «Об актах гражданского состояния»).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Справка необходима для представления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[организация, куда нужна справка, например: нотариальную контору для оформления наследства]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Сведения о лицах, заключивших брак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[фамилия до заключения брака, имя, отчество]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дата рождения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[ДД.ММ.ГГГГ]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г., место рождения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[как в паспорте]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фамилия после заключения брака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[фамилия]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Она: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[фамилия до заключения брака, имя, отчество]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дата рождения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[ДД.ММ.ГГГГ]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г., место рождения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[как в паспорте]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фамилия после заключения брака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[фамилия]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Правовое обоснование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 соответствии с пунктом 2 статьи 9 Федерального закона № 143-ФЗ справки о государственной регистрации акта гражданского состояния выдаются лицу, в отношении которого составлена запись акта. Я являюсь одним из лиц, заключивших брак.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Согласно пункту 4 статьи 9 того же закона при личном обращении документ выдаётся в день обращения на основании записи в Едином государственном реестре записей актов гражданского состояния.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Государственная пошлина за выдачу справки в размере 350 рублей уплачена (подпункт 7 пункта 1 статьи 333.26 Налогового кодекса Российской Федерации).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основании изложенного, руководствуясь статьёй 9 Федерального закона «Об актах гражданского состояния»,</w:t>
      </w:r>
    </w:p>
    <w:p>
      <w:pPr>
        <w:keepNext/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8"/>
        </w:rPr>
        <w:t>ПРОШУ: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Выдать справку о заключении брака с отметкой о расторжении брака.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Выдать справку лично мне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органа ЗАГС или МФЦ]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Документ об уплате государственной пошлины в размере 350 рублей.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свидетельства о расторжении брака серия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[серия]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Паспорт предъявляю при подаче заявления.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[И. О. Фамилия заявителя]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 ЗАГС о выдаче справки о заключении брака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