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Военному комиссару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военного комиссариата]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военного комиссариата]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[кем,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приобщении медицинских документов к личному делу призывника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состою на воинском учете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гражданин, подлежащий призыву на военную службу, и подлежу призыву в ходе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[весеннего или осеннего]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призыва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 меня имеется заболевание: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по медицинским документам]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которое выявлено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установления диагноза]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подтверждено результатами обследования.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наблюдаюсь у врача-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прохожу лечение, однако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жалобы, частота обострений, результат лечения]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Заболевание подтверждается медицинскими документами, перечисленными в приложении. Считаю, что имеющееся у меня заболевание соответствует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 и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Расписания болезней (приложение к Положению о военно-врачебной экспертизе) и должно быть учтено при определении категории годности к военной службе.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1, 2 и 3 ст. 5.1 Федерального закона от 28.03.1998 № 53-ФЗ «О воинской обязанности и военной службе» категория годности к военной службе определяется по результатам медицинского освидетельствования врачами-специалистами в порядке, установленном Положением о военно-врачебной экспертизе, утвержденным постановлением Правительства РФ от 04.07.2013 № 565. Достоверная оценка состояния здоровья невозможна без учета имеющихся медицинских документов о заболевании.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4 ст. 5.1 Федерального закона № 53-ФЗ и п. 20 Положения о военно-врачебной экспертизе, если вынести заключение о годности к военной службе по результатам освидетельствования невозможно, гражданин направляется на амбулаторное или стационарное медицинское обследование в медицинскую организацию государственной или муниципальной системы здравоохранения.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1 ст. 5 Федерального закона от 02.05.2006 № 59-ФЗ «О порядке рассмотрения обращений граждан Российской Федерации» гражданин вправе представлять дополнительные документы и материалы. Государственный орган обязан объективно и всесторонне рассмотреть обращение и дать письменный ответ по существу в течение 30 дней со дня регистрации (ст. 10, ч. 1 ст. 12 указанного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5.1 Федерального закона «О воинской обязанности и военной службе», ст. 5, 10 Федерального закона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моему личному делу призывника медицинские документы, перечисленные в приложении к настоящему заявлению.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указанные документы врачам-специалистам, участвующим в медицинском освидетельствовании, и учесть их при определении категории годности к военной службе.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невозможности вынести заключение о категории годности по имеющимся документам направить меня на медицинское обследование в соответствии с п. 4 ст. 5.1 Федерального закона «О воинской обязанности и военной службе».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Письменно подтвердить приобщение документов к личному делу с указанием их перечня и направить ответ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выписного эпикриза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консультативного заключения врача-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результатов обследований: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исследования, например МРТ, УЗИ, анализы]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медицинской карты пациента, получающего медицинскую помощь в амбулаторных условиях,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военкомат о приобщении медицинских документов к личному делу призывника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