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юридический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магазина: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магазина, наименование торговой точки]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действующий по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краже товара из магазина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провести проверку и привлечь к ответственности неустановленное лицо, которое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тайно похитило из магазина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торговой точки]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товар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обнаружена кража: проверке выкладки, просмотре записей камер, инвентаризации]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обнаружил отсутствие товара на витрине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или наименование отдела, стеллажа]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 просмотре записей камер видеонаблюдения установлено, что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[приметы лица: пол, примерный возраст, рост, телосложение, одежда, особые приметы]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взял с витрины товар, спрятал его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[куда: сумку, рюкзак, под одежду]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прошёл через кассовую зону, не оплатив его. После этого он покинул магазин в направлении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[направление движения, транспорт]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Работники магазина хищение в момент его совершения не видели.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 и сумма недостачи подтверждены актом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проверки, например: выборочной инвентаризации]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товара определена по розничным ценам, установленным в магазине на дату хищения, с учётом НДС, и подтверждена справкой о стоимости и товарными накладными. Записи камер видеонаблюдения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сохранены и будут переданы по запросу.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Похищенный товар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858"/>
        <w:gridCol w:w="1754"/>
        <w:gridCol w:w="2455"/>
        <w:gridCol w:w="1286"/>
      </w:tblGrid>
      <w:tr>
        <w:trPr>
          <w:cantSplit/>
        </w:trPr>
        <w:tc>
          <w:tcPr>
            <w:tcW w:type="dxa" w:w="38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товара, артикул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Количество, шт.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Цена за единицу, руб.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38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артикул, штрихкод]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8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артикул, штрихкод]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8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75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45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8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Тайное хищение чужого имущества стоимостью свыше 2 500 руб. образует состав кражи (ст. 158 УК РФ). Хищение имущества стоимостью до 2 500 руб. включительно влечёт административную ответственность по ст. 7.27 КоАП РФ, а если лицо ранее подвергнуто наказанию по ч. 2 ст. 7.27 КоАП РФ, уголовную ответственность по ст. 158.1 УК РФ. Окончательную квалификацию даёт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похищенного определяется исходя из фактической стоимости имущества на момент совершения преступления (п. 25 постановления Пленума Верховного Суда РФ от 27.12.2002 № 29 «О судебной практике по делам о краже, грабеже и разбое»). Для товара, выставленного на продажу, такой стоимостью является розничная цена, включающая НДС.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является поводом для возбуждения уголовного дела (п. 1 ч. 1 ст. 140, ст. 141 УПК РФ). Решение по нему должно быть принято не позднее трёх суток со дня поступления, а заявителю выдаётся документ о принятии сообщения (ч. 1 и 4 ст. 144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Преступлением организации причинён имущественный вред. Юридическое лицо признаётся потерпевшим, его права осуществляет представитель (ч. 1 и 9 ст. 42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140,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выдать представителю заявителя талон-уведомление о его приёме.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проверку, установить лицо, совершившее хищение, и привлечь его к ответственности, предусмотренной законом.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Изъять у заявителя записи камер видеонаблюдения магазина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истребовать записи камер, установленных на прилегающей территории.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потерпевшим по уголовному делу, а при производстве по делу об административном правонарушении сообщить о времени и месте его рассмотрения.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уведомить заявителя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стоимости похищенного товара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товарных накладных на похищенный товар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инвентаризации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Записи камер видеонаблюдения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[носитель: USB-флеш-накопителе, оптическом диске]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организации в полицию о краже товара из магазина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