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хищении денежных средств с банковской карты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провести проверку и привлечь к уголовной ответственности неустановленное лицо, которое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похитило с моего банковского счёта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 меня открыт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 которому выпущена банковская карта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[первые 6 и последние 4 цифры номера карты]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Карта и счёт используются только мной. Доступ к онлайн-банку я никому не предоставлял.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я получил от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[SMS-сообщения или push-уведомления]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списании денежных средств, которые я не совершал. В этот момент я находился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находились]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карта была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находилась карта: при мне, утеряна, похищена вместе с кошельком]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Коды подтверждения, пароли и данные карты я третьим лицам не сообщал, по ссылкам из сообщений не переходил, программ удалённого доступа на телефон не устанавливал.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Операции без моего согласия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00"/>
        <w:gridCol w:w="5846"/>
        <w:gridCol w:w="1607"/>
      </w:tblGrid>
      <w:tr>
        <w:trPr>
          <w:cantSplit/>
        </w:trPr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 и время</w:t>
            </w:r>
          </w:p>
        </w:tc>
        <w:tc>
          <w:tcPr>
            <w:tcW w:type="dxa" w:w="58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Вид операции, получатель или торговая точка</w:t>
            </w:r>
          </w:p>
        </w:tc>
        <w:tc>
          <w:tcPr>
            <w:tcW w:type="dxa" w:w="16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[дата, время]</w:t>
            </w:r>
          </w:p>
        </w:tc>
        <w:tc>
          <w:tcPr>
            <w:tcW w:type="dxa" w:w="58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[оплата в торговой точке, перевод по номеру телефона, снятие наличных; наименование получателя, номер телефона или счёта]</w:t>
            </w:r>
          </w:p>
        </w:tc>
        <w:tc>
          <w:tcPr>
            <w:tcW w:type="dxa" w:w="16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[дата, время]</w:t>
            </w:r>
          </w:p>
        </w:tc>
        <w:tc>
          <w:tcPr>
            <w:tcW w:type="dxa" w:w="58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[вид операции, получатель]</w:t>
            </w:r>
          </w:p>
        </w:tc>
        <w:tc>
          <w:tcPr>
            <w:tcW w:type="dxa" w:w="16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584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0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Сразу после обнаружения операций,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мин., я позвонил в банк, заблокировал карту и доступ в онлайн-банк,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направил в банк письменное уведомление об операциях без моего согласия (обращение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Ответ банка: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ответа или «ответ не получен»]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Ущерб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является для меня значительным: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 иждивении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[кто находится на иждивении]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ежемесячно я оплачиваю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[обязательные платежи и их 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Тайное изъятие безналичных денежных средств с банковского счёта, в том числе с использованием чужой платёжной карты или учётных данных владельца, образует состав кражи по п. «г» ч. 3 ст. 158 УК РФ (пп. 25.1 и 25.2 постановления Пленума Верховного Суда РФ от 27.12.2002 № 29 «О судебной практике по делам о краже, грабеже и разбое» в редакции постановления от 16.06.2026 № 19). Окончательную квалификацию даёт орган, проводящий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преступлении является поводом для возбуждения уголовного дела (п. 1 ч. 1 ст. 140, ст. 141 УПК РФ). Решение по нему должно быть принято не позднее трёх суток со дня поступления, а заявителю выдаётся документ о принятии сообщения (ч. 1 и 4 ст. 144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уведомил банк об операциях без моего согласия в срок, установленный ч. 11 ст. 9 Федерального закона от 27.06.2011 № 161-ФЗ «О национальной платёжной системе». Сведения о получателях денежных средств необходимы для установления виновного лица и возврата похищенного.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Преступлением мне причинён имущественный вред, поэтому я подлежу признанию потерпевшим (ч. 1 ст. 42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140, 141, 144,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и выдать мне талон-уведомление о его приёме.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и возбудить уголовное дело по признакам преступления, предусмотренного п. «г» ч. 3 ст. 158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банках получателей сведения о движении денежных средств, о владельцах счетов и номеров телефонов, на которые поступили похищенные средства, а также записи камер в местах оплаты и снятия наличных.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меры к аресту денежных средств на счетах получателей.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меня потерпевшим по уголовному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уведомить меня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постановления.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SMS-сообщений или push-уведомлений банка о списаниях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в банк об операциях без согласия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банка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хищении денежных средств с банковской карты (счёта)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