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ОМВД России по Ленинскому району г. Иваново]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 для связи: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не совпадающий с номером пропавшего телефона]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пропаже мобильного телефона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описание места, например: г. Иваново, пр. Ленина, д. 10, кафе «Вишня»]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принадлежащий мне мобильный телефон находился при мне,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находился телефон, например: правом кармане куртки]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того же дня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мной обнаружено отсутствие телефона. В промежутке между этими моментами мой маршрут был таким: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маршрута, например: пешком по ул. Советской до остановки, затем на такси, автомобиль Kia Rio белого цвета]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 пропажи мне неизвестны: телефон мог быть утерян либо похищен. Сразу после обнаружения пропажи мной сделан звонок на свой номер с другого телефона, результат: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[результат звонка, например: абонент недоступен]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Телефон мне никто не вернул, о находке никто не сообщал.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Сведения о пропавшем телефоне: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 и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цвет: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объём памяти: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[объём]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IMEI1: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[15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IMEI2: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[15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[серийный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Установленная SIM-карта: абонентский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оператор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Особые приметы: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[чехол, защитное стекло, повреждения, наклейки]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 приобретён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текущую стоимость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Ущерб для меня является значительным: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обстоятельства, например: на иждивении ребёнок]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месте пропажи и по маршруту установлены камеры видеонаблюдения: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[адреса, организации,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Свидетелями могут быть: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телефон,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144 УПК РФ орган дознания обязан принять и проверить сообщение о любом совершённом или готовящемся преступлении и принять по нему решение в срок не позднее 3 суток со дня поступления сообщения. Изложенные обстоятельства могут указывать на тайное хищение моего имущества (ст. 158 УК РФ), в том числе путём неправомерного удержания найденной вещи.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и 2 ст. 227 ГК РФ нашедший потерянную вещь обязан немедленно уведомить об этом владельца и возвратить вещь, а если владелец неизвестен, заявить о находке в полицию. До настоящего времени телефон мне не возвращён, сведений о находке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4 ст. 144 УПК РФ и п. 34 Инструкции о порядке приёма, регистрации и разрешения в территориальных органах МВД России заявлений и сообщений о преступлениях, об административных правонарушениях, о происшествиях, утверждённой приказом МВД России от 29.08.2014 № 736, заявителю выдаётся талон-уведомление о принятии заявления с регистрационным номером.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141, 144 УПК РФ, ст. 227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и зарегистрировать настоящее заявление в книге учёта сообщений о преступлениях, выдать мне талон-уведомление.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по факту пропажи принадлежащего мне мобильного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IMEI1: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[IMEI1]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IMEI2: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[IMEI2]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порядке ст. 144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установлению местонахождения телефона и лица, которое им пользуется, в том числе путём установления абонентских номеров, использовавшихся с указанными IMEI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пропажи]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истребовать записи камер видеонаблюдения по месту пропажи.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телефона возвратить его мне.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принятом решении сообщить мне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направить копию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мне известно.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(документа о покупке) телефона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Фотография коробки телефона с IMEI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детализации звонков или скриншот сервиса поиска устройства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пропаже (утере) мобильного телефона с указанием IMEI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