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Военному комиссару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образования, например: города Иваново Ивановской области]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военного комиссариата]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удостоверение гражданина, подлежащего призыву на военную службу,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направлении на медицинское освидетельствование в связи с изменением состояния здоровья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состою на воинском учёте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гражданин, подлежащий призыву на военную службу.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медицинском освидетельствовании мне установлена категория годности к военной службе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по статье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статьи]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Расписания болезней. Решением призывной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отношении меня принято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решения, например: о призыве на военную службу]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прохождения освидетельствования состояние моего здоровья изменилось.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результатам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обследования, например: магнитно-резонансной томографии поясничного отдела позвоночника]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установлен диагноз: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с кодом по МКБ-10]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нахожусь под диспансерным наблюдением у врача-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проходил стационарное лечение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 котором выявлены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[нарушения функций, подтверждённые результатами исследований]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Выявленное заболевание на момент прошлого освидетельствования не учитывалось, документы о нём в личном деле отсутствуют. Полагаю, что заболевание соответствует статье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статьи]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Расписания болезней (приложение к Положению о военно-врачебной экспертизе), что может повлечь изменение категории годности к военной службе.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1.2 ст. 5.1 Федерального закона от 28.03.1998 № 53-ФЗ «О воинской обязанности и военной службе» медицинское освидетельствование граждан, подлежащих призыву на военную службу, имеющих основания для предоставления отсрочки от призыва или право на освобождение от призыва, проводится по их заявлению или письменному обращению в военный комиссариат.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8 Положения о военно-врачебной экспертизе, утверждённого постановлением Правительства Российской Федерации от 04.07.2013 № 565, повторное освидетельствование гражданина до истечения срока действия заключения может проводиться по его заявлению, если в состоянии его здоровья произошли изменения, дающие основания для пересмотра заключения. Новое заключение о категории годности отменяет предыдущее.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4 ст. 5.1 Федерального закона № 53-ФЗ в случае невозможности вынесения медицинского заключения о годности гражданина к военной службе в ходе освидетельствования гражданин направляется на амбулаторное или стационарное медицинское обследование.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3.1 ст. 29 Федерального закона № 53-ФЗ призывная комиссия субъекта Российской Федерации вправе отменить решение о призыве на военную службу, если на день его исполнения возникли обстоятельства, являющиеся основанием для принятия иного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1.2 и п. 4 ст. 5.1, ст. 28, 29 Федерального закона от 28.03.1998 № 53-ФЗ, п. 8 Положения о военно-врачебной экспертизе,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прилагаемые медицинские документы к моему личному делу призывника.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меня на медицинское освидетельствование для определения категории годности к военной службе с учётом изменения состояния здоровья и представленных документов, а при невозможности вынести заключение — на медицинское обследование.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завершения медицинского освидетельствования и принятия призывной комиссией решения по его результатам не направлять меня к месту прохождения военной службы.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дате и времени освидетельствования и о принятом решении сообщить мне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выписного эпикриза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заключения врача-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медицинской карты амбулаторного больного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призывника в военкомат о направлении на медицинское освидетельствование для пересмотра категории годности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