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исполнителя]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расчётного центра (ЕИРЦ)]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расчётного центра]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неправильном начислении платы за жилищно-коммунальные услуги, перерасчёте и выплате штрафа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Плату за жилое помещение и коммунальные услуги вношу на основании единых платёжных документов, которые формирует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расчётного центра (ЕИРЦ)]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расчётный центр) по поручению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исполнитель).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платёжном документе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начислено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услуги, например: холодное и горячее водоснабжение]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Начисление произведено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ошибка, например: по нормативу потребления, хотя в квартире установлены исправные поверенные приборы учёта, а показания за этот месяц переданы мной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личный кабинет расчётного центра]. По показаниям приборов учёта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 на начало и конец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действующим тарифам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превышения: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232"/>
        <w:gridCol w:w="1275"/>
        <w:gridCol w:w="1594"/>
        <w:gridCol w:w="2870"/>
        <w:gridCol w:w="1381"/>
      </w:tblGrid>
      <w:tr>
        <w:trPr>
          <w:cantSplit/>
        </w:trPr>
        <w:tc>
          <w:tcPr>
            <w:tcW w:type="dxa" w:w="22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Услуга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Период</w:t>
            </w:r>
          </w:p>
        </w:tc>
        <w:tc>
          <w:tcPr>
            <w:tcW w:type="dxa" w:w="1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Начислено, руб.</w:t>
            </w:r>
          </w:p>
        </w:tc>
        <w:tc>
          <w:tcPr>
            <w:tcW w:type="dxa" w:w="28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 быть начислено, руб.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Разница, руб.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услуги]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[месяц, год]</w:t>
            </w:r>
          </w:p>
        </w:tc>
        <w:tc>
          <w:tcPr>
            <w:tcW w:type="dxa" w:w="15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8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223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27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9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8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3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обращался(лась) в расчётный центр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обращения, например: лично в клиентском зале]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просьбой исправить начисление. Ошибка не исправлена, перерасчёт не произведён. Начисленную сумму я оплатил(а)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чтобы избежать пеней и долга.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15 ст. 155 Жилищного кодекса Российской Федерации (далее — ЖК РФ) управляющая организация и ресурсоснабжающая организация вправе вести расчёты с потребителями при участии платёжных агентов. Привлечение расчётного центра не освобождает исполнителя от ответственности за правильность начислений.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«д» п. 31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 (далее — Правила № 354), исполнитель обязан по обращению потребителя проверить правильность исчисления платы и выдать документы с правильно начисленными платежами. Если проверка при обращении невозможна, она проводится в срок не более 1 месяца, а документы выдаются не позднее 5 рабочих дней после её завершения.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6 ст. 157 ЖК РФ и п. 155(1) Правил № 354 при нарушении исполнителем, в том числе лицом, привлечённым им для расчёта платы, порядка расчёта, повлёкшем необоснованное увеличение платы, исполнитель обязан уплатить потребителю штраф в размере 50 процентов величины превышения. Проверка проводится не позднее 30 дней со дня поступления заявления, а штраф выплачивается не позднее двух месяцев со дня обращения путём снижения размера платы (ч. 7 ст. 157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штрафа по моему обращению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превышения]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50 %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штрафа]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155, 157 ЖК РФ, подп. «д» п. 31 и п. 155(1) Правил № 354,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правильности начисления платы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перерасчёт, исключив из начислений необоснованно предъявленную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 выдать мне документы, содержащие правильно начисленные платежи.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мне штраф по ч. 6 ст. 157 ЖК РФ и п. 155(1) Правил № 354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путём снижения размера платы за коммунальные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письменный ответ о результатах рассмотрения жалобы по адресу электронной почты и почтовому адресу, указанным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показаний приборов учёта и копии документов об их поверке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Подтверждение передачи показаний (скриншот из личного кабинета)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неправильное начисление платы за ЖКУ расчётным центром (ЕИРЦ) с требованием штрафа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