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Главному врачу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организации, например: ОБУЗ «Детская городская поликлиника № 1»]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медицинской организации]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родителя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законный представитель несовершеннолетнего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ОТКАЗ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 проведения профилактической прививки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являюсь родителем и законным представителем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что подтверждается свидетельством о рождении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Ребёнок прикреплён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посещает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образовательной организации, класс или группа]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Мне предложено провести ребёнку профилактическую прививку против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инфекции, например: гриппа]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препаратом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вакцины, если известно]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рамках национального календаря профилактических прививок, запланированную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Настоящим отказываюсь от проведения моему ребёнку указанной профилактической прививки.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Медицинским работником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фамилия, имя, отчество медицинского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в доступной форме разъяснены цель прививки, возможные последствия отказа от неё, в том числе предусмотренные п. 2 ст. 5 Федерального закона от 17.09.1998 № 157-ФЗ «Об иммунопрофилактике инфекционных болезней»: запрет на выезд в страны, требующие конкретных прививок, временный отказ в приёме в образовательные организации и оздоровительные учреждения при массовых инфекционных заболеваниях или угрозе эпидемий.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абз. 8 п. 1 ст. 5 Федерального закона № 157-ФЗ граждане при осуществлении иммунопрофилактики имеют право на отказ от профилактических прививок, а в силу абз. 3 п. 3 той же статьи обязаны подтверждать такой отказ в письменной форме.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2 ст. 11 Федерального закона № 157-ФЗ профилактические прививки проводятся при наличии информированного добровольного согласия, которое за несовершеннолетнего в возрасте до 15 лет даёт один из родителей или иной законный представитель.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ч. 2 и 3 ст. 20 Федерального закона от 21.11.2011 № 323-ФЗ «Об основах охраны здоровья граждан в Российской Федерации» один из родителей несовершеннолетнего в возрасте до 15 лет вправе отказаться от медицинского вмешательства. Отказ оформляется в письменной форме, подписывается законным представителем и медицинским работником и содержится в медицинской документации (ч. 7 ст. 20 указанного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 и 11 Федерального закона № 157-ФЗ и ст. 20 Федерального закона № 323-ФЗ,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настоящий отказ и приобщить его к медицинской документации моего ребёнка.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проводить моему ребёнку указанную профилактическую прививку, в том числе в медицинском кабинете образовательной организации, без моего письменного информированного добровольного согласия.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Заблаговременно уведомлять меня о планируемых ребёнку профилактических прививках и иных медицинских вмешательствах по телефону или электронной почте, указанным выше.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рождении ребёнка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 законного представителя]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Отказ принят, последствия отказа разъяснены: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медицинского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родителя от профилактической прививки ребёнку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