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приёмную комиссию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образовательной организации высшего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образовательной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передачи заказчику целевого обучения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заказчика]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заключении договора о целевом обучении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поступаю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на обучение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образовательной программе высшего образования по специальности (направлению подготовки)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специальности, например: 31.05.01 Лечебное дело]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форма обучения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единой цифровой платформе в сфере занятости и трудовых отношений «Работа в России» размещено предложение о заключении договора о целевом обучении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размещения]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предложения на платформе]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предложение). Заказчиком целевого обучения по предложению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 будущей трудовой деятельности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организации-работодателя]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субъект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ознакомился(-ась) с условиями предложения, в том числе с мерами поддержки в период обучения, требованиями к успеваемости, сроком трудоустройства, обязанностью отработать по полученной квалификации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и ответственностью сторон за неисполнение обязательств, и согласен(-на) с ними.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Подтверждаю, что соответствую требованиям, установленным заказчиком в предложении: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[перечислить требования заказчика, например: постоянно проживаю на территории [субъект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имею результаты ЕГЭ по химии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[баллы]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биологии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[баллы]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русскому языку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[баллы]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подаю заявление о приёме на обучение в пределах квоты приёма на целевое обучение по указанной специальности. В другие организации заявления о приёме в пределах целевой квоты не подавал(-а).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56 и 71.1 Федерального закона от 29.12.2012 № 273-ФЗ «Об образовании в Российской Федерации», пунктами 13–15 Положения о целевом обучении по образовательным программам среднего профессионального и высшего образования, утверждённого постановлением Правительства Российской Федерации от 27.04.2024 № 555,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настоящую заявку о заключении договора о целевом обучении в соответствии с предложением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предложения на платформе]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Заключить со мной договор о целевом обучении по специальности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специальности]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случае моего зачисления на обучение в пределах квоты приёма на целевое обучение.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Сообщать мне о ходе рассмотрения заявки по телефону или электронной почте, указанным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Даю согласие заказчику и образовательной организации на обработку и передачу моих персональных данных, указанных в заявке и приложениях, в целях заключения и исполнения договора о целевом обучении, в том числе через платформу «Работа в России».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паспорта и СНИЛС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об образовании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серия и номер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соответствие требованиям заказчика: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законного представителя на заключение договора о целевом обучении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pageBreakBefore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законного представителя на заключение договора о целевом обучении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законного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являюсь законным представителем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приходится поступающему]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несовершеннолетнего(-ей)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поступающего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[свидетельством о рождении серия, номер, выдано кем и когда]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пунктами 14 и 22 Положения о целевом обучении по образовательным программам среднего профессионального и высшего образования, утверждённого постановлением Правительства Российской Федерации от 27.04.2024 № 555, даю согласие на подачу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поступающего]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заявки о заключении договора о целевом обучении и на заключение им (ею) договора о целевом обучении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специальности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специальности]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условиях предложения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предложения на платформе]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условиями предложения, в том числе с обязательством отработать у заказчика или в указанной им организации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и с ответственностью за неисполнение обязательств по договору, ознакомлен(-а).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абитуриента о заключении договора о целевом обучении с согласием законного представителя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