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установки (замены) запасных частей на служебный автомобиль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назначенная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составе: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Члены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присутствии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 которым закреплён автомобиль, составила настоящий акт о том, что на служебный автомобиль организации установлены запасные части, указанные ниже.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об автомобиле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VIN: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[инвентарный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одометра на дату установки: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Основание и причина замены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дефектная ведомость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составленная по заявке водителя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Выявленная неисправность: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неисправности, например: износ передних тормозных колодок ниже допустимой толщины, стук в передней подвеске]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Неисправность выявлена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 выявления, например: предрейсовом осмотре]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пробеге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Установленные запасные части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Работы по замене выполнены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механиком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проведения работ и его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Установлены следующие запасные части, полученные со склада по требованию-накладной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44"/>
        <w:gridCol w:w="3082"/>
        <w:gridCol w:w="1700"/>
        <w:gridCol w:w="744"/>
        <w:gridCol w:w="850"/>
        <w:gridCol w:w="1063"/>
        <w:gridCol w:w="1169"/>
      </w:tblGrid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Каталожный номер</w:t>
            </w:r>
          </w:p>
        </w:tc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</w:t>
            </w:r>
          </w:p>
        </w:tc>
        <w:tc>
          <w:tcPr>
            <w:tcW w:type="dxa" w:w="10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Цена, руб.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запасной части]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шт.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0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запасной части]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шт.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0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0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70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5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6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установленных запасных частей: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[копеек]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Снятые детали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замене с автомобиля сняты следующие детали: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75"/>
        <w:gridCol w:w="2025"/>
        <w:gridCol w:w="771"/>
        <w:gridCol w:w="3471"/>
        <w:gridCol w:w="2411"/>
      </w:tblGrid>
      <w:tr>
        <w:trPr>
          <w:cantSplit/>
        </w:trPr>
        <w:tc>
          <w:tcPr>
            <w:tcW w:type="dxa" w:w="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7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</w:t>
            </w:r>
          </w:p>
        </w:tc>
        <w:tc>
          <w:tcPr>
            <w:tcW w:type="dxa" w:w="34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Состояние</w:t>
            </w:r>
          </w:p>
        </w:tc>
        <w:tc>
          <w:tcPr>
            <w:tcW w:type="dxa" w:w="24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Куда передано</w:t>
            </w:r>
          </w:p>
        </w:tc>
      </w:tr>
      <w:tr>
        <w:trPr>
          <w:cantSplit/>
        </w:trPr>
        <w:tc>
          <w:tcPr>
            <w:tcW w:type="dxa" w:w="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детали]</w:t>
            </w:r>
          </w:p>
        </w:tc>
        <w:tc>
          <w:tcPr>
            <w:tcW w:type="dxa" w:w="7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34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[не пригодна к использованию, износ]</w:t>
            </w:r>
          </w:p>
        </w:tc>
        <w:tc>
          <w:tcPr>
            <w:tcW w:type="dxa" w:w="24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 склад для утилизации]</w:t>
            </w:r>
          </w:p>
        </w:tc>
      </w:tr>
      <w:tr>
        <w:trPr>
          <w:cantSplit/>
        </w:trPr>
        <w:tc>
          <w:tcPr>
            <w:tcW w:type="dxa" w:w="6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0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детали]</w:t>
            </w:r>
          </w:p>
        </w:tc>
        <w:tc>
          <w:tcPr>
            <w:tcW w:type="dxa" w:w="7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34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[не пригодна к использованию, износ]</w:t>
            </w:r>
          </w:p>
        </w:tc>
        <w:tc>
          <w:tcPr>
            <w:tcW w:type="dxa" w:w="24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 склад для утилизации]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Снятые детали переданы кладовщику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накладной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Запасные части установлены в соответствии с технологией, предусмотренной изготовителем автомобиля. После установки проведена проверка работы узлов: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проверки, например: пробная поездка]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Неисправность устранена, автомобиль технически исправен и допущен к эксплуатации.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Установленные запасные части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подлежат списанию на расходы по ремонту автомобиля.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Механик, выполнивший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(замены) запасных частей на служебный автомобиль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