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РЕШЕНИЕ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» о внесении вклада в имущество Общества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в ЕГРЮЛ]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далее — Общество), владеющим долей в размере 100 % уставного капитала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руководствуясь статьями 27 и 39 Федерального закона от 08.02.1998 № 14-ФЗ «Об обществах с ограниченной ответственностью» (далее — Закон об ООО) и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устава Общества,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РЕШИЛ: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вклад в имущество Общества денежными средствами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[00]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копеек.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Вклад вносится в целях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 вклада, например: пополнения оборотных средств Общества и погашения задолженности перед поставщиками]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подлежит возврату участнику.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Вклад вносится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одним или несколькими платежами путём перечисления денежных средств на расчётный счёт Общества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назначении платежа указывается: «Вклад в имущество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по решению единственного участника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(ст. 27 Закона № 14-ФЗ). НДС не облагается».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Внесение вклада в имущество Общества не изменяет размер и номинальную стоимость доли единственного участника в уставном капитале Общества (пункт 4 статьи 27 Закона об ООО). Уставный капитал Общества остаётся равным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по внесению вклада считается исполненной в день зачисления денежных средств в полном размере на расчётный счёт Общества, указанный в пункте 3 настоящего 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единоличного исполнительного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вклад и отразить его в бухгалтерском учёте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течение 3 (трёх) рабочих дней после поступления вклада в полном размере выдать участнику справку о поступлении денежных средств с указанием даты и суммы.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Хранить настоящее решение вместе с документами Общества, предусмотренными статьёй 50 Закона об ООО.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Принятие настоящего решения и состав участника, присутствовавшего при его принятии, подтверждаются подписанием решения единственным участником Общества в соответствии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 устава Общества или реквизиты решения единственного участника, которым установлен этот способ подтверждения]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Единственный участник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keepNext/>
        <w:pageBreakBefore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СПРАВКА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поступлении вклада в имущество Общества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подтверждает, что во исполнение решения единственного участника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от участника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расчётный счёт Общества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поступили денежные средства в качестве вклада в имущество Общества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(платёжное поручение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г.). Обязанность участника по внесению вклада исполнена в полном объёме. Размер и номинальная стоимость доли участника в уставном капитале Общества не изменились.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 внесении вклада в имущество общества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