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входного контроля материалов и изделий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Объект: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 капитального строительства]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Застройщик (технический заказчик):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Подрядчик: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договор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Поставщик: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товарная накладная (УПД)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 комиссии: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представитель подрядчика, ответственный за входной контроль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представитель застройщика (технического заказчика) по строительному контролю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представитель лаборатории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лаборатории]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провела входной контроль материалов и изделий, поступивших на объект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до начала их применения в строительстве.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поступившей продукции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88"/>
        <w:gridCol w:w="2164"/>
        <w:gridCol w:w="2164"/>
        <w:gridCol w:w="1745"/>
        <w:gridCol w:w="2792"/>
      </w:tblGrid>
      <w:tr>
        <w:trPr>
          <w:cantSplit/>
        </w:trPr>
        <w:tc>
          <w:tcPr>
            <w:tcW w:type="dxa" w:w="4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1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марка</w:t>
            </w:r>
          </w:p>
        </w:tc>
        <w:tc>
          <w:tcPr>
            <w:tcW w:type="dxa" w:w="21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17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Партия, дата изготовления</w:t>
            </w:r>
          </w:p>
        </w:tc>
        <w:tc>
          <w:tcPr>
            <w:tcW w:type="dxa" w:w="27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Документы о качестве</w:t>
            </w:r>
          </w:p>
        </w:tc>
      </w:tr>
      <w:tr>
        <w:trPr>
          <w:cantSplit/>
        </w:trPr>
        <w:tc>
          <w:tcPr>
            <w:tcW w:type="dxa" w:w="4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1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материала, марка]</w:t>
            </w:r>
          </w:p>
        </w:tc>
        <w:tc>
          <w:tcPr>
            <w:tcW w:type="dxa" w:w="21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[количество, единица измерения]</w:t>
            </w:r>
          </w:p>
        </w:tc>
        <w:tc>
          <w:tcPr>
            <w:tcW w:type="dxa" w:w="17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партии]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7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паспорт качества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декларация о соответствии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4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1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изделия, марка]</w:t>
            </w:r>
          </w:p>
        </w:tc>
        <w:tc>
          <w:tcPr>
            <w:tcW w:type="dxa" w:w="21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[количество, единица измерения]</w:t>
            </w:r>
          </w:p>
        </w:tc>
        <w:tc>
          <w:tcPr>
            <w:tcW w:type="dxa" w:w="17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партии]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паспорт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сертификат соответствия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Продукция предназначена для выполнения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работ, конструктивный элемент]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рабочей документацией шифр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Результаты контроля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Проверка сопроводительных документов: документы о качестве имеются, оформлены полностью, номер партии, марка и количество соответствуют товарной накладной и маркировке продукции; сроки действия документов о соответствии не истекли.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Соответствие рабочей документации: марка, класс и характеристики продукции соответствуют требованиям рабочей документации шифр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спецификации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спецификации]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Внешний осмотр: механических повреждений, трещин, следов коррозии и иных дефектов не выявлено; маркировка читаемая, упаковка не нарушена.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Измерительный контроль: выборочно проверено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ед. продукции; фактические размеры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измеренных параметров]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находятся в пределах допусков, указанных в документе о качестве.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Лабораторные испытания: отобраны образцы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образцов]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шт.; по протоколу испытаний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лаборатории]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показатели соответствуют требованиям рабочей документации.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Условия хранения на объекте: продукция размещена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условия хранения соответствуют требованиям изготовителя.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Материалы и изделия, указанные в разделе 1 настоящего акта, соответствуют требованиям рабочей документации и сопроводительным документам и допускаются к применению при выполнении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Результаты входного контроля внесены в журнал входного контроля и приёмки продукции, изделий, материалов и конструкций,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качестве (паспортов, сертификатов, деклараций о соответствии)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товарной накладной (УПД)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лабораторных испытаний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продукции и маркировки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903"/>
        <w:gridCol w:w="3548"/>
        <w:gridCol w:w="2903"/>
      </w:tblGrid>
      <w:tr>
        <w:trPr>
          <w:cantSplit/>
        </w:trPr>
        <w:tc>
          <w:tcPr>
            <w:tcW w:type="dxa" w:w="29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Подрядчик</w:t>
            </w:r>
          </w:p>
        </w:tc>
        <w:tc>
          <w:tcPr>
            <w:tcW w:type="dxa" w:w="35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Застройщик (технический заказчик)</w:t>
            </w:r>
          </w:p>
        </w:tc>
        <w:tc>
          <w:tcPr>
            <w:tcW w:type="dxa" w:w="29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Лаборатория</w:t>
            </w:r>
          </w:p>
        </w:tc>
      </w:tr>
      <w:tr>
        <w:trPr>
          <w:cantSplit/>
        </w:trPr>
        <w:tc>
          <w:tcPr>
            <w:tcW w:type="dxa" w:w="29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[подпись]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35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[подпись]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29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[подпись]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материалов и изделий на строительном объекте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