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Индивидуальный предприниматель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[Фамилия Имя Отчество]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ОГРНИП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[ОГРНИП]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корреспонденции]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наименование организации-контрагента]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 в дательном падеже]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контрагента]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ИНФОРМАЦИОННОЕ ПИСЬМО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работе без печати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Индивидуальный предприниматель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Имя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ОГРНИП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[ОГРНИП]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являющийся Вашим контрагентом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настоящим сообщает, что осуществляет предпринимательскую деятельность без использования печати.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Действующее законодательство Российской Федерации, в том числе Гражданский кодекс Российской Федерации и Федеральный закон от 08.08.2001 № 129-ФЗ «О государственной регистрации юридических лиц и индивидуальных предпринимателей», не обязывает индивидуального предпринимателя изготавливать и использовать печать. Обязательные реквизиты первичных учётных документов, установленные частью 2 статьи 9 Федерального закона от 06.12.2011 № 402-ФЗ «О бухгалтерском учёте», оттиска печати не включают.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Все документы индивидуального предпринимателя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(договоры, дополнительные соглашения, счета, акты, УПД, доверенности, письма) подписываются им лично или представителем по доверенности без оттиска печати и имеют полную юридическую силу.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Просим принимать документы без оттиска печати, а в формах документов, которые готовит Ваша организация, ставить отметку «М. П.» с пометкой «при наличии» либо не предусматривать её для нашей стороны.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электронном документообороте документы подписываются квалифицированной электронной подписью индивидуального предпринимателя.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всем вопросам просим обращаться: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контактного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Индивидуальный предприниматель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 контрагенту о работе ИП без печати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