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контрольного замера фактического расхода топлива автомобиля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Комиссия, созданная приказом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составе: председатель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члены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 участии 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провела контрольный замер фактического расхода топлива автомобиля, указанного ниже, для установления базовой нормы расхода топлива.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об автомобиле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Марка, модель, модификация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[марка, модель, модификация]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VIN, год выпуска, инвентарный номер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[VIN]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[год]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[инв.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Двигатель: объём, мощность, коробка передач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[объём, л]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[мощность, л. с.]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[тип КПП]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Вид топлива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[марка топлива, например: АИ-95]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Показание одометра перед замером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[значение]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км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Шины, давление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[размер, сезонность]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[давление по данным изготовителя]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Условия проведения замера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Замер проведён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маршруту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 отправления]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[промежуточные пункты]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 назначения]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протяжённостью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км, по дорогам с асфальтовым покрытием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участков маршрута]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без длительных простоев в заторах. Температура воздуха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°C, осадков не было. Кондиционер и климатическая система выключены, обогрев салона не использовался. Загрузка автомобиля: водитель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пассажиров, груз отсутствовал. Автомобиль технически исправен, техническое обслуживание проведено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Расход определён методом заправки до полного бака: перед выездом автомобиль заправлен до полного бака на АЗС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АЗС]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колонка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после прохождения маршрута автомобиль повторно заправлен до полного бака на той же колонке. Объём дозаправки определён по кассовому чеку АЗС и принят за фактический расход топлива на пройденный путь. Замер выполнен в два заезда по одному маршруту.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Результаты замера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73"/>
        <w:gridCol w:w="1871"/>
        <w:gridCol w:w="1746"/>
        <w:gridCol w:w="1247"/>
        <w:gridCol w:w="1621"/>
        <w:gridCol w:w="1995"/>
      </w:tblGrid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Заезд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Одометр, начало</w:t>
            </w:r>
          </w:p>
        </w:tc>
        <w:tc>
          <w:tcPr>
            <w:tcW w:type="dxa" w:w="17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Одометр, конец</w:t>
            </w:r>
          </w:p>
        </w:tc>
        <w:tc>
          <w:tcPr>
            <w:tcW w:type="dxa" w:w="12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Пробег, км</w:t>
            </w:r>
          </w:p>
        </w:tc>
        <w:tc>
          <w:tcPr>
            <w:tcW w:type="dxa" w:w="16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Заправлено, л</w:t>
            </w:r>
          </w:p>
        </w:tc>
        <w:tc>
          <w:tcPr>
            <w:tcW w:type="dxa" w:w="19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Расход, л/100 км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[км]</w:t>
            </w:r>
          </w:p>
        </w:tc>
        <w:tc>
          <w:tcPr>
            <w:tcW w:type="dxa" w:w="17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[км]</w:t>
            </w:r>
          </w:p>
        </w:tc>
        <w:tc>
          <w:tcPr>
            <w:tcW w:type="dxa" w:w="12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[км]</w:t>
            </w:r>
          </w:p>
        </w:tc>
        <w:tc>
          <w:tcPr>
            <w:tcW w:type="dxa" w:w="16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[литров]</w:t>
            </w:r>
          </w:p>
        </w:tc>
        <w:tc>
          <w:tcPr>
            <w:tcW w:type="dxa" w:w="19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[л/100 км]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[км]</w:t>
            </w:r>
          </w:p>
        </w:tc>
        <w:tc>
          <w:tcPr>
            <w:tcW w:type="dxa" w:w="174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[км]</w:t>
            </w:r>
          </w:p>
        </w:tc>
        <w:tc>
          <w:tcPr>
            <w:tcW w:type="dxa" w:w="12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[км]</w:t>
            </w:r>
          </w:p>
        </w:tc>
        <w:tc>
          <w:tcPr>
            <w:tcW w:type="dxa" w:w="162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[литров]</w:t>
            </w:r>
          </w:p>
        </w:tc>
        <w:tc>
          <w:tcPr>
            <w:tcW w:type="dxa" w:w="199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[л/100 км]</w:t>
            </w:r>
          </w:p>
        </w:tc>
      </w:tr>
      <w:tr>
        <w:trPr>
          <w:cantSplit/>
        </w:trPr>
        <w:tc>
          <w:tcPr>
            <w:tcW w:type="dxa" w:w="8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1871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74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4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[км]</w:t>
            </w:r>
          </w:p>
        </w:tc>
        <w:tc>
          <w:tcPr>
            <w:tcW w:type="dxa" w:w="162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[литров]</w:t>
            </w:r>
          </w:p>
        </w:tc>
        <w:tc>
          <w:tcPr>
            <w:tcW w:type="dxa" w:w="199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[среднее]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Расход на 100 км рассчитан по формуле: объём дозаправки, л × 100 / пробег, км.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Выводы комиссии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Фактический расход топлива автомобилем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условиях замера составил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л на 100 км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пробега.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 предлагает установить для указанного автомобиля базовую норму расхода топлива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л на 100 км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применять её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вместе с поправочными коэффициентами (надбавками), утверждёнными приказом руководителя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нормах расхода топлива.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Кассовые чеки АЗС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чеков]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Путевой лист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Фотографии показаний одометра в начале и в конце каждого заезда.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Председатель комиссии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Члены комиссии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Водитель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контрольного замера фактического расхода топлива автомобиля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