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комиссию по трудовым спорам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работодателя]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работодателя]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структурное подразделение]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взыскании задолженности по заработной плате и компенсации за задержку её выплаты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работаю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условиям трудового договора (пункт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мне установлен должностной оклад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месяц. Правилами внутреннего трудового распорядка (пункт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установлены дни выплаты заработной платы: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числа текущего месяца за первую половину месяца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числа следующего месяца в виде окончательного расчёта.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Заработная плата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[период, например: август и сентябрь 2026 года]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начислена мне в полном объёме, что подтверждается расчётными листками, но не выплачена.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задолженность работодателя по заработной плате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 после удержания налога на доходы физических лиц.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обратился(-ась)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письменным заявлением о выплате задолженности (вх.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Задолженность не погашена, срок её выплаты мне не назван. Урегулировать разногласия путём непосредственных переговоров с работодателем не удалось.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Расчёт денежной компенсации за задержку выплаты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981"/>
        <w:gridCol w:w="1871"/>
        <w:gridCol w:w="1981"/>
        <w:gridCol w:w="1650"/>
        <w:gridCol w:w="1871"/>
      </w:tblGrid>
      <w:tr>
        <w:trPr>
          <w:cantSplit/>
        </w:trPr>
        <w:tc>
          <w:tcPr>
            <w:tcW w:type="dxa" w:w="1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Период задержки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Сумма долга, руб.</w:t>
            </w:r>
          </w:p>
        </w:tc>
        <w:tc>
          <w:tcPr>
            <w:tcW w:type="dxa" w:w="1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Ключевая ставка, %</w:t>
            </w:r>
          </w:p>
        </w:tc>
        <w:tc>
          <w:tcPr>
            <w:tcW w:type="dxa" w:w="16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Количество дней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Компенсация, руб.</w:t>
            </w:r>
          </w:p>
        </w:tc>
      </w:tr>
      <w:tr>
        <w:trPr>
          <w:cantSplit/>
        </w:trPr>
        <w:tc>
          <w:tcPr>
            <w:tcW w:type="dxa" w:w="1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[ставка]</w:t>
            </w:r>
          </w:p>
        </w:tc>
        <w:tc>
          <w:tcPr>
            <w:tcW w:type="dxa" w:w="16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[число дней]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1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[ставка]</w:t>
            </w:r>
          </w:p>
        </w:tc>
        <w:tc>
          <w:tcPr>
            <w:tcW w:type="dxa" w:w="16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[число дней]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198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187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98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65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87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Компенсация рассчитана по формуле: сумма задолженности × 1/150 ключевой ставки Банка России × количество дней задержки, начиная со дня, следующего за установленным днём выплаты,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включительно.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статье 22 Трудового кодекса Российской Федерации работодатель обязан выплачивать в полном размере причитающуюся работникам заработную плату в сроки, установленные Трудовым кодексом РФ, коллективным договором, правилами внутреннего трудового распорядка и трудовыми договорами. Заработная плата выплачивается не реже чем каждые полмесяца в день, установленный правилами внутреннего трудового распорядка, коллективным договором или трудовым договором (часть шестая статьи 136 ТК РФ). Работодатель эту обязанность не исполнил.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силу статьи 236 ТК РФ при нарушении срока выплаты заработной платы работодатель обязан выплатить её с уплатой процентов (денежной компенсации) в размере не ниже 1/150 действующей в это время ключевой ставки Центрального банка Российской Федерации от невыплаченной в срок суммы за каждый день задержки. Обязанность выплатить компенсацию возникает независимо от наличия вины работодателя. Размер компенсации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согласно расчёту выше.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статье 385 ТК РФ комиссия по трудовым спорам рассматривает индивидуальный трудовой спор, если работник самостоятельно не урегулировал разногласия при непосредственных переговорах с работодателем. Такие переговоры результата не дали.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Трёхмесячный срок обращения в комиссию, установленный статьёй 386 ТК РФ, не пропущен: о нарушении своего права я узнал(-а)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когда заработная плата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была выплачена в установленный день.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22, 136, 236, 382, 385–388 Трудового кодекса Российской Федерации,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мою пользу задолженность по заработной плате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мою пользу денежную компенсацию за задержку выплаты заработной платы, рассчитанную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а также компенсацию по день фактической выплаты задолженности включительно.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заявление в моём присутствии и известить меня о дате, времени и месте заседания комиссии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расчётных листков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работодателю о выплате задолженности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получении.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по зарплатному банковскому счёту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комиссию по трудовым спорам о взыскании невыплаченной заработной платы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