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организации-поставщика]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[Должность руководителя покупателя]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организации-покупателя]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 в дательном падеже]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покупателя]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ПИСЬМО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изменении цен на поставляемый товар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Уважаемый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[имя и отчество руководителя покупателя]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!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Между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поставщика]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Поставщик)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покупателя]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Покупатель) заключён договор поставки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Договор), по которому Поставщик поставляет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группы товаров]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ценам, согласованным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[спецификации, прайс-листе]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существенно выросли затраты Поставщика на производство и доставку товара: стоимость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сырья или комплектующих]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увеличилась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%, тарифы перевозчиков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%, цены производителя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производителя]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%. Рост подтверждается документами, копии которых приложены к письму. Сохранить прежний уровень цен без убытка Поставщик не может.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связи с этим, руководствуясь п.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пункта]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 и ст. 424 Гражданского кодекса РФ, уведомляем, что с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 начала действия новых цен]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г.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цены на товар изменяются в соответствии с прилагаемым прайс-листом. Изменение по основным позициям: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70"/>
        <w:gridCol w:w="2531"/>
        <w:gridCol w:w="880"/>
        <w:gridCol w:w="2421"/>
        <w:gridCol w:w="1760"/>
        <w:gridCol w:w="990"/>
      </w:tblGrid>
      <w:tr>
        <w:trPr>
          <w:cantSplit/>
        </w:trPr>
        <w:tc>
          <w:tcPr>
            <w:tcW w:type="dxa" w:w="7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253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Наименование товара</w:t>
            </w:r>
          </w:p>
        </w:tc>
        <w:tc>
          <w:tcPr>
            <w:tcW w:type="dxa" w:w="8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Ед. изм.</w:t>
            </w:r>
          </w:p>
        </w:tc>
        <w:tc>
          <w:tcPr>
            <w:tcW w:type="dxa" w:w="242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Действующая цена, руб.</w:t>
            </w:r>
          </w:p>
        </w:tc>
        <w:tc>
          <w:tcPr>
            <w:tcW w:type="dxa" w:w="17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Новая цена, руб.</w:t>
            </w:r>
          </w:p>
        </w:tc>
        <w:tc>
          <w:tcPr>
            <w:tcW w:type="dxa" w:w="9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Рост, %</w:t>
            </w:r>
          </w:p>
        </w:tc>
      </w:tr>
      <w:tr>
        <w:trPr>
          <w:cantSplit/>
        </w:trPr>
        <w:tc>
          <w:tcPr>
            <w:tcW w:type="dxa" w:w="7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253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артикул]</w:t>
            </w:r>
          </w:p>
        </w:tc>
        <w:tc>
          <w:tcPr>
            <w:tcW w:type="dxa" w:w="8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[ед.]</w:t>
            </w:r>
          </w:p>
        </w:tc>
        <w:tc>
          <w:tcPr>
            <w:tcW w:type="dxa" w:w="242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[цена]</w:t>
            </w:r>
          </w:p>
        </w:tc>
        <w:tc>
          <w:tcPr>
            <w:tcW w:type="dxa" w:w="17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[цена]</w:t>
            </w:r>
          </w:p>
        </w:tc>
        <w:tc>
          <w:tcPr>
            <w:tcW w:type="dxa" w:w="9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[процент]</w:t>
            </w:r>
          </w:p>
        </w:tc>
      </w:tr>
      <w:tr>
        <w:trPr>
          <w:cantSplit/>
        </w:trPr>
        <w:tc>
          <w:tcPr>
            <w:tcW w:type="dxa" w:w="7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253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артикул]</w:t>
            </w:r>
          </w:p>
        </w:tc>
        <w:tc>
          <w:tcPr>
            <w:tcW w:type="dxa" w:w="8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[ед.]</w:t>
            </w:r>
          </w:p>
        </w:tc>
        <w:tc>
          <w:tcPr>
            <w:tcW w:type="dxa" w:w="242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[цена]</w:t>
            </w:r>
          </w:p>
        </w:tc>
        <w:tc>
          <w:tcPr>
            <w:tcW w:type="dxa" w:w="17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[цена]</w:t>
            </w:r>
          </w:p>
        </w:tc>
        <w:tc>
          <w:tcPr>
            <w:tcW w:type="dxa" w:w="9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[процент]</w:t>
            </w:r>
          </w:p>
        </w:tc>
      </w:tr>
      <w:tr>
        <w:trPr>
          <w:cantSplit/>
        </w:trPr>
        <w:tc>
          <w:tcPr>
            <w:tcW w:type="dxa" w:w="77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3</w:t>
            </w:r>
          </w:p>
        </w:tc>
        <w:tc>
          <w:tcPr>
            <w:tcW w:type="dxa" w:w="253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артикул]</w:t>
            </w:r>
          </w:p>
        </w:tc>
        <w:tc>
          <w:tcPr>
            <w:tcW w:type="dxa" w:w="88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[ед.]</w:t>
            </w:r>
          </w:p>
        </w:tc>
        <w:tc>
          <w:tcPr>
            <w:tcW w:type="dxa" w:w="242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[цена]</w:t>
            </w:r>
          </w:p>
        </w:tc>
        <w:tc>
          <w:tcPr>
            <w:tcW w:type="dxa" w:w="176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[цена]</w:t>
            </w:r>
          </w:p>
        </w:tc>
        <w:tc>
          <w:tcPr>
            <w:tcW w:type="dxa" w:w="99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[процент]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Цены указаны с учётом НДС по ставке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[ставка]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и включают стоимость тары, упаковки и доставки до склада Покупателя. Остальные условия Договора, включая порядок и сроки оплаты, не меняются.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Заявки, принятые Поставщиком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 действия новых цен]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а также товар, оплаченный Покупателем до этой даты, поставляются по действующим ценам. Новые цены применяются к заявкам, поступившим начиная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 действия новых цен]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Для оформления изменений направляем проект дополнительного соглашения к Договору в двух экземплярах. Просим рассмотреть его и вернуть подписанный экземпляр либо сообщить свою позицию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 даты получения письма. Если у Покупателя есть вопросы по обоснованию новых цен или предложения по объёмам и графику закупок, мы готовы обсудить их на встрече или по телефону.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Мы ценим многолетнее сотрудничество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покупателя]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делаем всё, чтобы повышение было минимальным.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Контактное лицо: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тел.: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Прайс-лист Поставщика, действующий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Проект дополнительного соглашения к договору поставки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2 экз.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писем производителей и перевозчиков о повышении цен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 поставщика]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М. П. (при наличии)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поставщика покупателю о повышении цен на товар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