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Центральный банк Российской Федерации (Банк России)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107016, г. Москва, ул. Неглинная, д. 12, к. В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исключении сведений из базы данных о случаях и попытках осуществления переводов денежных средств без добровольного согласия клиента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клиентом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где на моё имя открыт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выпущена банковская карта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карты]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К счёту для дистанционного обслуживания привязан номер телефона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банк уведомил меня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уведомления: сообщением в мобильном приложении, SMS, письмом]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приостановлении использования электронного средства платежа: доступ к мобильному приложению и интернет-банку ограничен, операции по карте и переводы через Систему быстрых платежей недоступны. В качестве основания банк указал наличие сведений обо мне в базе данных Банка России о случаях и попытках осуществления переводов денежных средств без добровольного согласия клиента (обращение в банк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обращения]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Полагаю, что сведения внесены в базу в связи с поступлением на мой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перевода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имя отправителя, отображённое в выписке]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Эти деньги я получил(а) в оплату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 платежа: проданного мной товара, оказанной услуги, возврата долга]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[договору, объявлению на сайте, расписке]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Покупатель (плательщик) сам связался со мной, мы согласовали условия, после получения оплаты я передал(а) ему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передано]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Переписка и документы по сделке прилагаются.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Я не передавал(а) третьим лицам свою банковскую карту, данные для входа в онлайн-банк или коды подтверждения, не получал(а) переводов по поручению других лиц и не совершал(а) действий, направленных на перевод денежных средств без согласия их владельцев. О том, что полученные мной деньги могли быть переведены плательщиком без его добровольного согласия, мне не было и не могло быть известно.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статье 27 Федерального закона от 27.06.2011 № 161-ФЗ «О национальной платёжной системе» Банк России ведёт базу данных о случаях и попытках осуществления переводов денежных средств без добровольного согласия клиента. Сведения обо мне внесены в неё без достаточных оснований: я не участвовал(а) в переводах без согласия клиентов, а полученный мной платёж имеет законное гражданско-правовое основание.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частей 11.6 и 11.7 статьи 9 Федерального закона № 161-ФЗ банк приостановил использование мной электронного средства платежа в связи с наличием сведений в базе данных. Это лишает меня возможности распоряжаться собственными денежными средствами дистанционно, получать заработную плату и оплачивать обязательные платежи.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Часть 11.8 статьи 9 Федерального закона № 161-ФЗ предоставляет клиенту право подать в Банк России заявление об исключении сведений о нём и (или) его электронном средстве платежа из базы данных, а часть 11.10 той же статьи обязывает Банк России принять решение по такому заявлению в срок, не превышающий 15 рабочих дней.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частями 11.8 и 11.10 статьи 9, статьёй 27 Федерального закона от 27.06.2011 № 161-ФЗ «О национальной платёжной системе», Федеральным законом от 02.05.2006 № 59-ФЗ «О порядке рассмотрения обращений граждан Российской Федерации»,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Исключить сведения обо мне и о моих реквизитах из базы данных о случаях и попытках осуществления переводов денежных средств без добровольного согласия клиента: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банковская карта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карты]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номер телефона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открытые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Сообщить о принятом решении на адрес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уведомить о нём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случае отказа в исключении сведений направить мне мотивированное решение с указанием его оснований.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паспорта (страницы с фотографией и регистрацией)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Уведомление банка о приостановлении использования электронного средства платежа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по счёту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основание получения денежных средств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[договор, объявление, переписка с плательщиком, расписка]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Банк России об исключении сведений из базы данных о переводах без согласия клиента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