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[Главному врачу]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медицинской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медицинской организации]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Законный представитель пациента: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номер, кем и когда выдан]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и фактического проживания]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Пациент: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полис ОМС: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полиса]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ИНФОРМИРОВАННОЕ ДОБРОВОЛЬНОЕ СОГЛАСИЕ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законного представителя на госпитализацию несовершеннолетнего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законного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родителем (законным представителем)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что подтверждается свидетельством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Ребёнок не достиг возраста пятнадцати лет, поэтому в соответствии с частью 2 статьи 20 Федерального закона от 21.11.2011 № 323-ФЗ «Об основах охраны здоровья граждан в Российской Федерации» согласие на медицинское вмешательство в его отношении даю 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лечащим (дежурным) врачом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врача, должность, отделение]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сообщено, что ребёнку по медицинским показаниям требуется госпитализация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оказания медицинской помощи в стационарных условиях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[диагноз или повод для госпитализации, указанный врачом]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Направление на госпитализацию: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выдано, номер и дата направления]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Сведения, которые мне разъяснены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 подписания согласия врач в доступной форме разъяснил мне следующее и ответил на мои вопросы: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Цель госпитализации: обследование и лечение ребёнка в стационарных условиях, наблюдение за его состоянием.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Предполагаемые методы обследования и лечения, связанные с ними риски, возможные варианты медицинского вмешательства, их последствия и ожидаемые результаты.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Возможные последствия отказа от госпитализации или её досрочного прекращения для здоровья и жизни ребёнка.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Ориентировочный срок пребывания в стационаре: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дней, порядок посещения ребёнка и правила внутреннего распорядка отделения.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Согласие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частями 1, 2 и 7 статьи 20, частью 3 статьи 51 Федерального закона от 21.11.2011 № 323-ФЗ, статьёй 64 Семейного кодекса Российской Федерации, добровольно: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Даю согласие на госпитализацию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медицинским показаниям.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Даю согласие на медицинские вмешательства, необходимые для обследования и лечения ребёнка в рамках стационарной помощи: осмотры, опрос, антропометрические исследования, измерение температуры и давления, лабораторные и инструментальные исследования, введение лекарственных препаратов по назначению врача. Об операциях, анестезии и иных вмешательствах, требующих отдельного согласия, прошу заранее сообщать мне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оформления отдельного согласия.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Прошу обеспечить моё совместное нахождение с ребёнком в медицинской организации в течение всего периода лечения.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Разрешаю сообщать сведения о состоянии здоровья ребёнка, диагнозе и ходе лечения, помимо меня, следующим лицам: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степень родства,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Мне известно, что я вправе отказаться от медицинского вмешательства или потребовать его прекращения, за исключением случаев, предусмотренных частью 9 статьи 20 Федерального закона № 323-ФЗ.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законного представителя]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Медицинский работник: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Информированное добровольное согласие законного представителя на госпитализацию несовершеннолетнего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