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гидравлического испытания трубопроводов на прочность и герметичность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Объект: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объекта, например: многоквартирный жилой дом]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Испытываемая система: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системы, например: внутренняя система отопления (стояки, магистрали и отопительные приборы)]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участок: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[границы участка, например: от узла ввода до отопительных приборов, подъезды 1–3, этажи 1–9]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Комиссия в составе: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Представителя заказчика (собственника, управляющей организации):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организации,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Представителя подрядной (монтажной) организации: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организации,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[теплоснабжающей организации или организации, осуществляющей строительный контроль]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организации,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составила настоящий акт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проведено гидравлическое (гидростатическое) испытание указанной системы на прочность и герметичность.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Сведения о системе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Проектная (рабочая) документация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[шифр проекта, наименование проектной организации]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Материал и диаметры трубопроводов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[материал, например: стальные водогазопроводные трубы]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Ду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[диаметры]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Протяжённость испытываемого участка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Отопительные приборы, арматура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[тип и количество приборов, тип запорной арматуры]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Рабочее давление системы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МПа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кгс/см²)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Пробное давление (в нижней точке системы)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МПа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кгс/см²)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Испытательная среда, её температура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вода,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°C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Температура воздуха в помещениях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°C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Условия и ход испытания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 испытанием система заполнена водой, воздух удалён через воздухоотводчики в верхних точках. Испытываемый участок отключён от действующих сетей заглушками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[или закрытой запорной арматурой]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Расширительный бак и приборы, не рассчитанные на пробное давление, отключены.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Давление создано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[гидравлическим опрессовочным насосом марки (марка)]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контролировалось манометром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класс точности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предел измерения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МПа, поверка действительна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Манометр установлен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установки, например: нижней точке системы в узле ввода]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Давление в системе поднято до пробного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МПа и выдержано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Затем давление снижено до рабочего, и система осмотрена по всей длине испытываемого участка.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Результаты испытания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Время начала выдержки под пробным давлением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[часы, минуты]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Давление в начале выдержки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МПа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Давление в конце выдержки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МПа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Падение давления за время выдержки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МПа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Течи в сварных швах, трубах, резьбовых соединениях, арматуре, приборах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не обнаружены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Потение и капли на соединениях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не обнаружены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Заключение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Система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объекте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испытание на прочность и герметичность выдержала. Падение давления за время выдержки не превысило допустимого значения, утечки и повреждения не выявлены.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Система считается принятой по результатам испытания и может быть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[введена в эксплуатацию, допущена к заполнению теплоносителем и подключению к тепловой сети]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составлен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экземплярах, имеющих одинаковую силу, по одному для каждого участника испытания.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(сведений) о поверке манометра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Схема испытываемого участка с указанием мест установки заглушек и манометра.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членов комиссии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Представитель заказчика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Представитель подрядной организации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[организации]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гидравлического испытания трубопроводов на прочность и герметичность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