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Общество с ограниченной ответственностью «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»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обеспечении работников средствами индивидуальной защиты и смывающими средствами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со статьями 214 и 221 Трудового кодекса Российской Федерации, Правилами обеспечения работников средствами индивидуальной защиты и смывающими средствами, утверждёнными приказом Минтруда России от 29.10.2021 № 766н (далее — Правила), Едиными типовыми нормами выдачи средств индивидуальной защиты и смывающих средств, утверждёнными приказом Минтруда России от 29.10.2021 № 767н, с учётом результатов специальной оценки условий труда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отчёта о СОУТ]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оценки профессиональных рисков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документа об оценке профрисков]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а также мнения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выборного органа первичной профсоюзной организации или иного представительного органа работников]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Утвердить и ввести в действие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Нормы бесплатной выдачи средств индивидуальной защиты и смывающих средств работникам Общества (приложение № 1 к настоящему приказу).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Утвердить Порядок обеспечения работников Общества средствами индивидуальной защиты и смывающими средствами (приложение № 2 к настоящему приказу).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ответственным за организацию обеспечения работников средствами индивидуальной защиты (далее — СИЗ) и смывающими средствами, за ведение их учёта и контроль за своевременной выдачей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службы снабжения,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обеспечить приобретение СИЗ и смывающих средств в соответствии с Нормами, проверку наличия у них действующих документов о подтверждении соответствия в Федеральной государственной информационной системе Росаккредитации, а также поддержание запаса СИЗ не менее чем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Руководителям структурных подразделений: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допускать работников к работе без положенных СИЗ, в неисправных, загрязнённых СИЗ или СИЗ с истёкшим сроком годности.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Отстранять от работы работников, не применяющих выданные СИЗ, в порядке статьи 76 Трудового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Ежесменно контролировать правильность применения СИЗ и наличие смывающих средств в дозаторах.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охране труда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ознакомить работников под подпись с Нормами в части, касающейся их профессий (должностей), и с порядком выдачи СИЗ.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Проводить инструктаж и обучение по использованию (применению) СИЗ, применение которых требует практических навыков.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реже одного раза в год проводить мониторинг Норм и при изменении условий труда, результатов специальной оценки условий труда или оценки профессиональных рисков представлять предложения об их актуализации.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Вести учёт выдачи СИЗ в личных карточках учёта выдачи СИЗ по форме приложения № 2 к Правилам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[бумажном или электронном]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виде, учёт дежурных СИЗ — по форме приложения № 3 к Правилам.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отдела кадров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ознакомить с настоящим приказом лиц, указанных в нём, под подпись, а вновь принимаемых работников — до начала работы.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Генеральный директор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приказом ознакомлены: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pageBreakBefore/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 приказу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НОРМЫ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бесплатной выдачи средств индивидуальной защиты и смывающих средств работникам ООО «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»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22"/>
        <w:gridCol w:w="2414"/>
        <w:gridCol w:w="2414"/>
        <w:gridCol w:w="1689"/>
        <w:gridCol w:w="2414"/>
      </w:tblGrid>
      <w:tr>
        <w:trPr>
          <w:cantSplit/>
        </w:trPr>
        <w:tc>
          <w:tcPr>
            <w:tcW w:type="dxa" w:w="4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Профессия (должность)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 СИЗ, класс защиты, эксплуатационный уровень</w:t>
            </w:r>
          </w:p>
        </w:tc>
        <w:tc>
          <w:tcPr>
            <w:tcW w:type="dxa" w:w="1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Норма выдачи на год (период)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Основание</w:t>
            </w:r>
          </w:p>
        </w:tc>
      </w:tr>
      <w:tr>
        <w:trPr>
          <w:cantSplit/>
        </w:trPr>
        <w:tc>
          <w:tcPr>
            <w:tcW w:type="dxa" w:w="4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[профессия (должность) по штатному расписанию]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специальной одежды, например: костюм для защиты от общих производственных загрязнений и механических воздействий]</w:t>
            </w:r>
          </w:p>
        </w:tc>
        <w:tc>
          <w:tcPr>
            <w:tcW w:type="dxa" w:w="1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шт.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[пункт Единых типовых норм, номер карты СОУТ]</w:t>
            </w:r>
          </w:p>
        </w:tc>
      </w:tr>
      <w:tr>
        <w:trPr>
          <w:cantSplit/>
        </w:trPr>
        <w:tc>
          <w:tcPr>
            <w:tcW w:type="dxa" w:w="4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[профессия (должность)]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СИЗ рук, например: перчатки для защиты от механических воздействий]</w:t>
            </w:r>
          </w:p>
        </w:tc>
        <w:tc>
          <w:tcPr>
            <w:tcW w:type="dxa" w:w="1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пар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[пункт Единых типовых норм, номер карты СОУТ]</w:t>
            </w:r>
          </w:p>
        </w:tc>
      </w:tr>
      <w:tr>
        <w:trPr>
          <w:cantSplit/>
        </w:trPr>
        <w:tc>
          <w:tcPr>
            <w:tcW w:type="dxa" w:w="4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[профессия (должность)]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СИЗ глаз, головы или органов дыхания]</w:t>
            </w:r>
          </w:p>
        </w:tc>
        <w:tc>
          <w:tcPr>
            <w:tcW w:type="dxa" w:w="1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до износа</w:t>
            </w:r>
          </w:p>
        </w:tc>
        <w:tc>
          <w:tcPr>
            <w:tcW w:type="dxa" w:w="2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[пункт Единых типовых норм, номер карты СОУТ]</w:t>
            </w:r>
          </w:p>
        </w:tc>
      </w:tr>
      <w:tr>
        <w:trPr>
          <w:cantSplit/>
        </w:trPr>
        <w:tc>
          <w:tcPr>
            <w:tcW w:type="dxa" w:w="42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4</w:t>
            </w:r>
          </w:p>
        </w:tc>
        <w:tc>
          <w:tcPr>
            <w:tcW w:type="dxa" w:w="241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[профессия (должность)]</w:t>
            </w:r>
          </w:p>
        </w:tc>
        <w:tc>
          <w:tcPr>
            <w:tcW w:type="dxa" w:w="241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смывающего средства, например: средство для защиты кожи при негативном влиянии окружающей среды]</w:t>
            </w:r>
          </w:p>
        </w:tc>
        <w:tc>
          <w:tcPr>
            <w:tcW w:type="dxa" w:w="169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мл</w:t>
            </w:r>
          </w:p>
        </w:tc>
        <w:tc>
          <w:tcPr>
            <w:tcW w:type="dxa" w:w="241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[пункт Единых типовых норм]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Дежурные СИЗ закрепляются за рабочими местами: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рабочего места или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дежурных СИЗ, 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Руководителям и специалистам, контролирующим работы на производственных участках, выдаются СИЗ с теми же защитными свойствами, что и работникам, выполняющим эти работы.</w:t>
      </w:r>
    </w:p>
    <w:p>
      <w:pPr>
        <w:pageBreakBefore/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2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 приказу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ПОРЯДОК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обеспечения работников ООО «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» средствами индивидуальной защиты и смывающими средствами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Общие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Порядок устанавливает правила определения потребности, приобретения, выдачи, применения, хранения, ухода и вывода из эксплуатации СИЗ и смывающих средств в Обществе и распределяет обязанности должностных лиц на каждом этапе.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СИЗ и смывающие средства выдаются работникам бесплатно по Нормам, утверждённым приказом Общества. Приобретение, хранение, стирка, химчистка, сушка, ремонт, замена и утилизация СИЗ осуществляются за счёт Общества.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допускается приобретение и выдача СИЗ без документов о подтверждении соответствия или с истёкшим сроком их действия.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Выдача СИЗ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СИЗ выдаются работнику до начала работы с учётом его пола, роста и размеров.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Выдача и возврат СИЗ фиксируются в личной карточке учёта выдачи СИЗ под подпись работника либо с использованием средств электронной идентификации при электронном учёте.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Срок носки СИЗ исчисляется со дня фактической выдачи их работнику. Время отпусков работника в срок носки СИЗ, выдаваемых ежемесячно, не включается.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Работникам, совмещающим профессии (должности), выдаются дополнительные СИЗ, предусмотренные Нормами по совмещаемой профессии, с отметкой в личной карточке.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Работникам, временно переведённым на другую работу, практикантам и лицам, выполняющим работы по контролю, СИЗ выдаются на время выполнения этой работы.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Дежурные СИЗ и смывающие средства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Дежурные СИЗ закрепляются за рабочими местами, выдаются работникам на время выполнения работ и учитываются в карточке учёта дежурных СИЗ.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Смывающие средства размещаются в дозаторах в санитарно-бытовых помещениях или выдаются работникам по Нормам. Наличие смывающих средств в дозаторах проверяется ежесменно.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Обязанности работников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Работник обязан правильно применять выданные СИЗ, проверять их исправность перед началом работы, бережно хранить их, сообщать непосредственному руководителю о повреждении СИЗ и об изменении своих размеров.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увольнении, переводе на другую работу, по истечении срока носки работник возвращает СИЗ, выданные во временное пользование.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утрате или порче СИЗ не по вине работника Общество выдаёт ему исправные СИЗ. За утрату или порчу СИЗ по вине работника он несёт материальную ответственность в порядке, установленном Трудовым кодексом Российской Федерации.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Хранение, уход и вывод из эксплуатации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СИЗ хранятся на складе Общества в условиях, указанных изготовителем. Стирка, химчистка, сушка и ремонт СИЗ организуются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или специализированной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Пригодность СИЗ, возвращённых после окончания срока носки, к дальнейшему использованию определяет комиссия Общества с отметкой в личной карточке. Непригодные СИЗ списываются и утилизируются.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обеспечении работников средствами индивидуальной защиты и смывающими средствами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