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управляющей организации (ТСЖ, ЖСК)]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аварийно-диспетчерской службы: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возникновении аварийной ситуации на инженерных сетях многоквартирного дома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Комиссия в составе: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представитель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председатель комиссии.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мастер (инженер) аварийно-диспетчерской службы.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(председатель совета многоквартирного дома).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собственник (наниматель)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котором выявлены последствия аварии.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составила настоящий акт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 многоквартирном доме и заявке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многоквартирного дома: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подъездов, год постройки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Сообщение об аварии поступило в аварийно-диспетчерскую службу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заявителя,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зарегистрировано в журнале заявок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Аварийная бригада прибыла на место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Описание аварийной ситуации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аварии: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[подъезд, этаж, помещение: подвал, технический этаж, квартира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Повреждённая инженерная система: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[внутридомовая система холодного водоснабжения, горячего водоснабжения, отопления, водоотведения или электроснабжения]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[описание: разрыв стояка, течь на резьбовом соединении, свищ на трубопроводе, засор канализационного стояка]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диаметр и материал трубопровода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[диаметр, материал]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повреждения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 первого отключающего устройства на ответвлении от стояка или на стояке]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Повреждённый участок относится к общему имуществу собственников помещений в многоквартирном доме в соответствии с пунктами 5–7 Правил содержания общего имущества в многоквартирном доме, утверждённых постановлением Правительства РФ от 13.08.2006 № 491.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Предполагаемая причина аварии: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[причина: износ трубопровода, гидравлический удар, коррозия, механическое повреждение, промерзание]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Меры по локализации аварии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перекрыта подача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ресурса]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[стояку № ..., подъезду, дому в целом]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Авария локализована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Выполнены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[перечень: установка хомута, замена участка трубы длиной ... м, откачка воды из подвала, прочистка канализации]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Подача коммунального ресурса восстановлена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Помещения, в которых предоставление коммунальной услуги было прекращено: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полного устранения аварийного повреждения необходимо: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выполнения: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Последствия аварии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результате аварии повреждено следующее имущество: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52"/>
        <w:gridCol w:w="4301"/>
        <w:gridCol w:w="4301"/>
      </w:tblGrid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Помещение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Повреждения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[квартира № ..., подвал, лестничная клетка]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[описание: следы протечки на потолке площадью ... кв. м, вздутие ламината, намокание обоев]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[помещение]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 повреждений]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ходе осмотра проводилась фотосъёмка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снимков), фотографии являются приложением к акту.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Пострадавшие люди: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пострадавших либо «нет»]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Аварийная ситуация возникла на внутридомовой инженерной системе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входящей в состав общего имущества многоквартирного дома, по причине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Ответственность за содержание повреждённого участка несёт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Особое мнение членов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[текст или «нет»]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экземплярах, по одному для управляющей организации и для каждого собственника (пользователя) помещения, указанного в разделе 4.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места аварии и повреждённого имущества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журнала заявок аварийно-диспетчерской службы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Подписи членов комиссии: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Экземпляр акта получил: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возникновении аварийной ситуации на инженерных сетях многоквартирного дома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