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филиал публично-правовой компании «Роскадастр»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Российской Федерации]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ЗАПРОС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предоставлении сведений, содержащихся в Едином государственном реестре недвижимости, о правах лица на имевшиеся (имеющиеся) у него объекты недвижимости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статьёй 62 Федерального закона от 13.07.2015 № 218-ФЗ «О государственной регистрации недвижимости» и Порядком предоставления сведений, содержащихся в Едином государственном реестре недвижимости, утверждённым приказом Росреестра от 08.04.2021 № П/0149, прошу предоставить выписку из Единого государственного реестра недвижимости о правах отдельного лица на имевшиеся (имеющиеся) у него объекты недвижимости.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Сведения о лице, в отношении которого запрашиваются сведения: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Фамилия, имя, отчество: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Прежние фамилия, имя, отчество: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[прежние ФИО, дата изменения]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Прежний 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Параметры запроса: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Территория: вся территория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Период, за который запрашиваются сведения: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дату выдачи выписки.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Вид объектов: все объекты недвижимости (земельные участки, здания, сооружения, помещения, машино-места, объекты незавершённого строительства).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Цель получения сведений: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[цель, например: представление в суд по делу № ..., оформление субсидии, подготовка к процедуре банкротства]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Запрашиваемые сведения относятся ко мне как к правообладателю, поэтому в силу пункта 1 части 13 статьи 62 Федерального закона № 218-ФЗ могут быть предоставлены мне лично.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Выписку прошу предоставить в виде документа на бумажном носителе и выдать мне лично в многофункциональном центре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МФЦ]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Плата за предоставление сведений внесена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уникальный идентификатор начисления (УИН):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Подтверждаю согласие на обработку моих персональных данных, указанных в запросе, в целях его рассмотрения в соответствии с Федеральным законом от 27.07.2006 № 152-ФЗ «О персональных данных».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 перемене фамилии (имени, отчества)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оплате на 1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Росреестр о предоставлении сведений о правах лица на имевшиеся (имеющиеся) объекты недвижимости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