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работника]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структурного подразделения]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Имя Отчество работника]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Работодатель: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[полное наименование организации]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ИНН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[ИНН]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ОГРН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[ОГРН]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адрес: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работодателя]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Исх.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УВЕДОМЛЕНИЕ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об изменении определённых сторонами условий трудового договора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Уважаемый(ая)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[имя и отчество работника]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!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В соответствии с частью 2 статьи 74 Трудового кодекса Российской Федерации уведомляем Вас о предстоящем изменении условий трудового договора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по причинам, связанным с изменением организационных условий труда.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[Организационная причина: какие изменения в организации или технологии работы произошли, с какой даты и почему объём работы по должности уменьшился]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В связи с этим приказом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утверждено новое штатное расписание, по которому по должности «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должности]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»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подразделения]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предусмотрено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 ставок]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ставки вместо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[прежнее количество ставок]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ставки. Сохранить прежние условия Вашего трудового договора в этих условиях невозможно.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вступления изменений в силу]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изменяются следующие условия Вашего трудового договора: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Режим рабочего времени: неполное рабочее время,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часов в неделю,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[дни и часы работы]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Оплата труда: должностной оклад в размере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цифрами]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(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[сумма прописью]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) рублей в месяц, что соответствует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 ставок]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ставки; оплата производится пропорционально отработанному времени (статья 93 Трудового кодекса Российской Федерации), надбавки и доплаты сохраняются в порядке, установленном локальными нормативными актами работодателя.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Ваша трудовая функция, должность, место работы, продолжительность ежегодного оплачиваемого отпуска и порядок исчисления трудового стажа не изменяются.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Изменения вводятся не ранее чем через два месяца со дня получения Вами настоящего уведомления. Просим в срок до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сообщить в письменной форме, согласны ли Вы продолжить работу в новых условиях.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Если Вы не согласитесь работать в новых условиях, работодатель в письменной форме предложит Вам другую имеющуюся в данной местности работу (как вакантную должность или работу, соответствующую Вашей квалификации, так и вакантную нижестоящую должность или нижеоплачиваемую работу), которую Вы можете выполнять с учётом состояния здоровья (часть 3 статьи 74 Трудового кодекса Российской Федерации). При отсутствии такой работы или Вашем отказе от неё трудовой договор будет прекращён по пункту 7 части первой статьи 77 Трудового кодекса Российской Федерации с выплатой выходного пособия в размере двухнедельного среднего заработка (часть третья статьи 178 Трудового кодекса Российской Федерации).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[должность руководителя]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О.]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Отметка о получении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Уведомление получил(а), второй экземпляр на руки получил(а).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получения]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 работника]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о продолжении работы в новых условиях: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[собственноручная запись работника]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 И. О. работника]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об уменьшении ставки (изменении условий трудового договора) по ст. 74 ТК РФ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