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учреждения]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результатах инвентаризации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Учреждение: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 ОКПО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Структурное подразделение: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подразделения, место хранения]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Материально ответственные лица: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приказ (решение) о проведении инвентаризации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Общие сведения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Инвентаризационная комиссия в составе председателя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членов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провела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[годовую]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инвентаризацию активов и обязательств учреждения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Инвентаризации подлежали: основные средства, материальные запасы, денежные средства в кассе, бланки строгой отчётности, расчёты с дебиторами и кредиторами, числящиеся на балансе учреждения и закреплённые за указанными материально ответственными лицами.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начала проверки материально ответственные лица дали расписки о том, что все приходные и расходные документы на имущество сданы в бухгалтерию, а все ценности, поступившие под их ответственность, оприходованы, выбывшие списаны в расход.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Проверка проводилась в присутствии материально ответственных лиц путём пересчёта, взвешивания, обмера и осмотра имущества, а по расчётам путём сверки с документами контрагентов и данными бухгалтерского учёта.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Результаты инвентаризации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результатам проверки комиссией составлены инвентаризационные описи (сличительные ведомости), перечисленные в приложениях к настоящему акту. Их итоги приведены в таблице.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563"/>
        <w:gridCol w:w="1871"/>
        <w:gridCol w:w="1425"/>
        <w:gridCol w:w="1158"/>
        <w:gridCol w:w="1336"/>
      </w:tblGrid>
      <w:tr>
        <w:trPr>
          <w:cantSplit/>
        </w:trPr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Объекты (форма описи)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 данным учёта, руб.</w:t>
            </w:r>
          </w:p>
        </w:tc>
        <w:tc>
          <w:tcPr>
            <w:tcW w:type="dxa" w:w="14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Фактически, руб.</w:t>
            </w:r>
          </w:p>
        </w:tc>
        <w:tc>
          <w:tcPr>
            <w:tcW w:type="dxa" w:w="1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Излишки, руб.</w:t>
            </w:r>
          </w:p>
        </w:tc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Недостачи, руб.</w:t>
            </w:r>
          </w:p>
        </w:tc>
      </w:tr>
      <w:tr>
        <w:trPr>
          <w:cantSplit/>
        </w:trPr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Основные средства (ф. 0504087)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4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Материальные запасы (ф. 0504087)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4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Денежные средства в кассе (ф. 0504088)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4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Бланки строгой отчётности (ф. 0504086)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4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Расчёты с дебиторами, кредиторами (ф. 0504089)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4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87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42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15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Расхождения между фактическим наличием и данными бухгалтерского учёта отражены в ведомости расхождений по результатам инвентаризации (ф. 0504092)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Выявленные расхождения и их причины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Выявлены излишки: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объектов, инвентарные номера, 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справедливой стоимости, определённой комиссией методом рыночных цен на дату инвентаризации. Причина излишков: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например: объекты не были оприходованы при поступлении в 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Выявлена недостача: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объектов, инвентарные номера, 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закреплённых за материально ответственным лицом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Из неё в пределах норм естественной убыли: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сверх норм: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Материально ответственное лицо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представило письменное объяснение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 котором указало: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содержание объяснения]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Комиссия считает причиной недостачи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установленная комиссией]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Выявлены объекты, не пригодные к дальнейшему использованию: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инвентарные номера, количество, балансовая стоимость]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Предложения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к учёту выявленные излишки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справедливой стоимости на дату инвентаризации с отнесением на доходы текущего финансового года.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Списать недостачу в пределах норм естественной убыли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расходы учреждения.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Сверхнормативную недостачу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отнести на расчёты по ущербу имуществу и предъявить к возмещению материально ответственному лицу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порядке, установленном статьями 238, 241–248 Трудового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Объекты, указанные в пункте 3.4 настоящего акта, передать на рассмотрение комиссии по поступлению и выбытию активов для решения вопроса об их списании.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Отразить результаты инвентаризации в бухгалтерском учёте того отчётного периода, к которому относится дата, по состоянию на которую проводилась инвентаризация,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составлен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экземплярах: первый передаётся в бухгалтерию, второй остаётся у председателя инвентаризационной комиссии.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Приказ (решение) о проведении инвентаризации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Инвентаризационные описи (сличительные ведомости)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Ведомость расхождений по результатам инвентаризации (ф. 0504092)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Расписки и письменные объяснения материально ответственных лиц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Председатель комиссии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Член комиссии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Член комиссии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Член комиссии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актом ознакомлены материально ответственные лица: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с приложениями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 принят к учёту: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Главный бухгалтер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 (по форме 0504835) для бюджетного учреждения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