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поставщика]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поставщика]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ЗАПРОС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снижении цены на поставляемый товар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сотрудничает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 Между нами заключён договор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Договор), по которому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мы приобрели у вас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Все поставки оплачены в полном объёме и в установленные Договором сроки, задолженности перед вашей компанией у нас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Действующая цена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установлена спецификацией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Договору 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%.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мы планируем закупить у вас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товара, то есть увеличить объём закупок примерно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% по сравнению с прошлым годом.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тем по результатам мониторинга рынка мы получили коммерческие предложения от других поставщиков на аналогичный товар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сопоставимых условиях поставки и оплаты. Мы заинтересованы в продолжении работы именно с вашей компанией и рассчитываем найти взаимовыгодное решение.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изложенным просим рассмотреть возможность снижения цены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числе НДС,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% от действующей цены, начиная с поставок по заявкам, направленным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 своей стороны готовы: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Зафиксировать объём закупок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Сохранить действующий порядок и сроки оплаты по Договору.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Подписать новую спецификацию к Договору с согласованной ценой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получения вашего согласия.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Изменение цены предлагаем оформить дополнительным соглашением или новой спецификацией к Договору в той же форме, что и Договор (пункт 1 статьи 452 Гражданского кодекса Российской Федерации). До подписания такого документа поставки осуществляются по действующей цене.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Просим сообщить о вашем решении в письменной форме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настоящего запроса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почтовому адресу, указанному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Будем признательны за встречное предложение, если указанная цена для вас неприемлема.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планируемого объёма закупок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уважением,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покупателя]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поставщику о снижении цены на поставляемый товар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