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Председателю правления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товарищества собственников жилья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ТСЖ]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председателя правления]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ТСЖ]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член ТСЖ, собственник квартиры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многоквартирного дома, номер квартиры]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выдвижении кандидатуры в члены правления товарищества собственников жилья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являюсь собственником квартиры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общей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 в многоквартирном доме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выпиской из Единого государственного реестра недвижимости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я являюсь членом товарищества собственников жилья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ТСЖ]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на основании заявления о вступлении в члены товарищества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части 2 статьи 147 и пункту 3 части 2 статьи 145 Жилищного кодекса Российской Федерации правление товарищества избирается из числа членов товарищества общим собранием членов товарищества. Я желаю участвовать в управлении домом и выдвигаю свою кандидатуру в члены правления товарищества собственников жилья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ТСЖ]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Подтверждаю, что ограничения, установленные частью 3.1 статьи 147 Жилищного кодекса Российской Федерации, ко мне не относятся: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Я не являюсь членом ревизионной комиссии (ревизором) товарищества.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Я не состою с товариществом в трудовых отношениях.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Товарищество не заключало со мной договор управления многоквартирным домом, я не занимаю должность в органах управления организации, с которой товарищество заключило такой договор.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 себе сообщаю: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образование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[уровень образования, специальность]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место работы и должность: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[место работы, 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Имею опыт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[например: ведения бухгалтерского учёта, работы в сфере строительства и ремонта, юридической работы]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 случае избрания намерен(а)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[кратко: основные задачи, например: контроль качества уборки и текущего ремонта, подготовка дома к отопительному сезону, прозрачность расходования взносов на содержание]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Даю согласие на включение моих фамилии, имени, отчества, номера квартиры и сведений о себе, указанных в настоящем заявлении, в список кандидатов, бюллетени для голосования и иные материалы общего собрания членов товарищества в соответствии с Федеральным законом от 27.07.2006 № 152-ФЗ «О персональных данных».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статьями 143, 145, 146, 147 Жилищного кодекса Российской Федерации и уставом товарищества,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Включить мою кандидатуру в список кандидатов в члены правления товарищества собственников жилья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ТСЖ]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Внести вопрос об избрании меня членом правления в повестку дня ближайшего общего собрания членов товарищества и в бюллетени для голосования.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Уведомить меня о дате, времени, месте и форме проведения общего собрания членов товарищества по адресу электронной почты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или почтовому адресу, указанному в заявлении.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выписки из Единого государственного реестра недвижимости на квартиру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Краткие сведения о кандидате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собственника о выдвижении своей кандидатуры в члены правления ТСЖ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