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Генеральному директору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заказчика]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руководителя]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заказчика]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От: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подрядчика]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ПИСЬМО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устранении замечаний и повторном предъявлении работ к приёмке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Между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заказчика]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(Заказчик)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подрядчика]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(Подрядчик) заключён договор подряда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Договор) на выполнение работ по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работ]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объекте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объекта]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Подрядчик уведомил Заказчика о завершении работ и направил для подписания акт о приёмке выполненных работ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сумму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 и справку о стоимости выполненных работ и затрат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Подрядчик получил письмо Заказчика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перечнем замечаний к выполненным работам. Все замечания Подрядчиком рассмотрены и устранены в полном объёме: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Замечание: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[содержание замечания № 1 по письму Заказчика]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Устранено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именно сделано, например: выполнена повторная затирка швов плитки в санузле на площади 4,5 кв. 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Замечание: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[содержание замечания № 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Устранено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именно сделано]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Замечание: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[содержание замечания № 3]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Устранено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[что именно сделано]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Устранение замечаний подтверждается фотографиями до и после выполнения работ, а также исполнительной документацией: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документов с датами и номерами]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Работы по устранению замечаний выполнены за счёт Подрядчика и не увеличивают цену Договора.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соответствии со статьёй 720 и пунктом 1 статьи 753 Гражданского кодекса Российской Федерации заказчик, получивший сообщение подрядчика о готовности к сдаче результата работ, обязан немедленно приступить к его приёмке. Срок приёмки по пункту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с даты получения документов.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Повторно направляем для подписания акт о приёмке выполненных работ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справку о стоимости выполненных работ и затрат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двух экземплярах каждый.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Обращаем внимание: если в установленный Договором срок Заказчик не подпишет акт и не направит мотивированный отказ от приёмки, Подрядчик в соответствии с пунктом 4 статьи 753 Гражданского кодекса Российской Федерации оформит акт в одностороннем порядке с отметкой об отказе Заказчика от его подписания. Такой акт является основанием для оплаты работ.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ПРОСИМ: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Принять результат работ по Договору и подписать акт о приёмке выполненных работ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справку о стоимости выполненных работ и затрат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с даты получения настоящего письма.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Вернуть Подрядчику по одному подписанному экземпляру каждого документа.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Оплатить выполненные работы в сумме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руб. в срок, установленный пунктом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Договора.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Для совместного осмотра результата работ представитель Подрядчика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[ФИО, должность, телефон]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готов прибыть на объект в любой рабочий день по согласованию с Заказчиком.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Акт о приёмке выполненных работ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2 экз.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Справка о стоимости выполненных работ и затрат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2 экз.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Фотоматериалы об устранении замечаний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письма Заказчика с замечаниями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уважением,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Генеральный директор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подрядчика]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подрядчика заказчику об устранении замечаний и повторном предъявлении работ к приёмке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